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000" w:rsidRPr="00A53ACC" w:rsidRDefault="0000204D" w:rsidP="00A53ACC">
      <w:pPr>
        <w:pStyle w:val="KonuBal"/>
        <w:jc w:val="both"/>
        <w:rPr>
          <w:rFonts w:ascii="Times New Roman" w:hAnsi="Times New Roman" w:cs="Times New Roman"/>
          <w:b/>
          <w:sz w:val="24"/>
          <w:szCs w:val="24"/>
        </w:rPr>
      </w:pPr>
      <w:r w:rsidRPr="00A53ACC">
        <w:rPr>
          <w:rFonts w:ascii="Times New Roman" w:hAnsi="Times New Roman" w:cs="Times New Roman"/>
          <w:b/>
          <w:sz w:val="24"/>
          <w:szCs w:val="24"/>
        </w:rPr>
        <w:t xml:space="preserve">KURTALAN MYO </w:t>
      </w:r>
      <w:r w:rsidR="00F57DDE" w:rsidRPr="00A53ACC">
        <w:rPr>
          <w:rFonts w:ascii="Times New Roman" w:hAnsi="Times New Roman" w:cs="Times New Roman"/>
          <w:b/>
          <w:sz w:val="24"/>
          <w:szCs w:val="24"/>
        </w:rPr>
        <w:t>BAĞIMLILIKLA MÜCADELE EĞİTİMİ</w:t>
      </w:r>
    </w:p>
    <w:sdt>
      <w:sdtPr>
        <w:rPr>
          <w:rFonts w:ascii="Times New Roman" w:eastAsiaTheme="minorEastAsia" w:hAnsi="Times New Roman" w:cs="Times New Roman"/>
          <w:b w:val="0"/>
          <w:bCs w:val="0"/>
          <w:color w:val="auto"/>
          <w:sz w:val="24"/>
          <w:szCs w:val="24"/>
          <w:lang w:val="tr-TR"/>
        </w:rPr>
        <w:id w:val="1712762873"/>
        <w:docPartObj>
          <w:docPartGallery w:val="Table of Contents"/>
          <w:docPartUnique/>
        </w:docPartObj>
      </w:sdtPr>
      <w:sdtEndPr>
        <w:rPr>
          <w:lang w:val="en-US"/>
        </w:rPr>
      </w:sdtEndPr>
      <w:sdtContent>
        <w:p w:rsidR="007957E0" w:rsidRDefault="007957E0" w:rsidP="00A53ACC">
          <w:pPr>
            <w:pStyle w:val="TBal"/>
            <w:jc w:val="both"/>
            <w:rPr>
              <w:rFonts w:ascii="Times New Roman" w:eastAsiaTheme="minorEastAsia" w:hAnsi="Times New Roman" w:cs="Times New Roman"/>
              <w:b w:val="0"/>
              <w:bCs w:val="0"/>
              <w:color w:val="auto"/>
              <w:sz w:val="24"/>
              <w:szCs w:val="24"/>
              <w:lang w:val="tr-TR"/>
            </w:rPr>
          </w:pPr>
        </w:p>
        <w:p w:rsidR="007957E0" w:rsidRDefault="007957E0" w:rsidP="00A53ACC">
          <w:pPr>
            <w:pStyle w:val="TBal"/>
            <w:jc w:val="both"/>
            <w:rPr>
              <w:rFonts w:ascii="Times New Roman" w:eastAsiaTheme="minorEastAsia" w:hAnsi="Times New Roman" w:cs="Times New Roman"/>
              <w:b w:val="0"/>
              <w:bCs w:val="0"/>
              <w:color w:val="auto"/>
              <w:sz w:val="24"/>
              <w:szCs w:val="24"/>
              <w:lang w:val="tr-TR"/>
            </w:rPr>
          </w:pPr>
        </w:p>
        <w:p w:rsidR="000E1339" w:rsidRPr="00A53ACC" w:rsidRDefault="000E1339" w:rsidP="00A53ACC">
          <w:pPr>
            <w:pStyle w:val="TBal"/>
            <w:jc w:val="both"/>
            <w:rPr>
              <w:rFonts w:ascii="Times New Roman" w:hAnsi="Times New Roman" w:cs="Times New Roman"/>
              <w:sz w:val="24"/>
              <w:szCs w:val="24"/>
            </w:rPr>
          </w:pPr>
          <w:r w:rsidRPr="00A53ACC">
            <w:rPr>
              <w:rFonts w:ascii="Times New Roman" w:hAnsi="Times New Roman" w:cs="Times New Roman"/>
              <w:sz w:val="24"/>
              <w:szCs w:val="24"/>
              <w:lang w:val="tr-TR"/>
            </w:rPr>
            <w:t xml:space="preserve">İçindekiler </w:t>
          </w:r>
        </w:p>
        <w:p w:rsidR="000E1339" w:rsidRPr="00A53ACC" w:rsidRDefault="000E1339" w:rsidP="00A53ACC">
          <w:pPr>
            <w:pStyle w:val="T1"/>
            <w:tabs>
              <w:tab w:val="right" w:leader="dot" w:pos="8630"/>
            </w:tabs>
            <w:jc w:val="both"/>
            <w:rPr>
              <w:rFonts w:ascii="Times New Roman" w:hAnsi="Times New Roman" w:cs="Times New Roman"/>
              <w:noProof/>
              <w:sz w:val="24"/>
              <w:szCs w:val="24"/>
              <w:lang w:val="tr-TR" w:eastAsia="tr-TR"/>
            </w:rPr>
          </w:pPr>
          <w:r w:rsidRPr="00A53ACC">
            <w:rPr>
              <w:rFonts w:ascii="Times New Roman" w:hAnsi="Times New Roman" w:cs="Times New Roman"/>
              <w:sz w:val="24"/>
              <w:szCs w:val="24"/>
            </w:rPr>
            <w:fldChar w:fldCharType="begin"/>
          </w:r>
          <w:r w:rsidRPr="00A53ACC">
            <w:rPr>
              <w:rFonts w:ascii="Times New Roman" w:hAnsi="Times New Roman" w:cs="Times New Roman"/>
              <w:sz w:val="24"/>
              <w:szCs w:val="24"/>
            </w:rPr>
            <w:instrText xml:space="preserve"> TOC \o "1-3" \h \z \u </w:instrText>
          </w:r>
          <w:r w:rsidRPr="00A53ACC">
            <w:rPr>
              <w:rFonts w:ascii="Times New Roman" w:hAnsi="Times New Roman" w:cs="Times New Roman"/>
              <w:sz w:val="24"/>
              <w:szCs w:val="24"/>
            </w:rPr>
            <w:fldChar w:fldCharType="separate"/>
          </w:r>
          <w:hyperlink w:anchor="_Toc243213025" w:history="1">
            <w:r w:rsidRPr="00A53ACC">
              <w:rPr>
                <w:rStyle w:val="Kpr"/>
                <w:rFonts w:ascii="Times New Roman" w:hAnsi="Times New Roman" w:cs="Times New Roman"/>
                <w:noProof/>
                <w:sz w:val="24"/>
                <w:szCs w:val="24"/>
              </w:rPr>
              <w:t>Etkinlik Sonu Etki Değerlendirme ve İyileştirme Raporu</w:t>
            </w:r>
            <w:r w:rsidRPr="00A53ACC">
              <w:rPr>
                <w:rFonts w:ascii="Times New Roman" w:hAnsi="Times New Roman" w:cs="Times New Roman"/>
                <w:noProof/>
                <w:webHidden/>
                <w:sz w:val="24"/>
                <w:szCs w:val="24"/>
              </w:rPr>
              <w:tab/>
            </w:r>
            <w:r w:rsidRPr="00A53ACC">
              <w:rPr>
                <w:rFonts w:ascii="Times New Roman" w:hAnsi="Times New Roman" w:cs="Times New Roman"/>
                <w:noProof/>
                <w:webHidden/>
                <w:sz w:val="24"/>
                <w:szCs w:val="24"/>
              </w:rPr>
              <w:fldChar w:fldCharType="begin"/>
            </w:r>
            <w:r w:rsidRPr="00A53ACC">
              <w:rPr>
                <w:rFonts w:ascii="Times New Roman" w:hAnsi="Times New Roman" w:cs="Times New Roman"/>
                <w:noProof/>
                <w:webHidden/>
                <w:sz w:val="24"/>
                <w:szCs w:val="24"/>
              </w:rPr>
              <w:instrText xml:space="preserve"> PAGEREF _Toc243213025 \h </w:instrText>
            </w:r>
            <w:r w:rsidRPr="00A53ACC">
              <w:rPr>
                <w:rFonts w:ascii="Times New Roman" w:hAnsi="Times New Roman" w:cs="Times New Roman"/>
                <w:noProof/>
                <w:webHidden/>
                <w:sz w:val="24"/>
                <w:szCs w:val="24"/>
              </w:rPr>
            </w:r>
            <w:r w:rsidRPr="00A53ACC">
              <w:rPr>
                <w:rFonts w:ascii="Times New Roman" w:hAnsi="Times New Roman" w:cs="Times New Roman"/>
                <w:noProof/>
                <w:webHidden/>
                <w:sz w:val="24"/>
                <w:szCs w:val="24"/>
              </w:rPr>
              <w:fldChar w:fldCharType="separate"/>
            </w:r>
            <w:r w:rsidRPr="00A53ACC">
              <w:rPr>
                <w:rFonts w:ascii="Times New Roman" w:hAnsi="Times New Roman" w:cs="Times New Roman"/>
                <w:noProof/>
                <w:webHidden/>
                <w:sz w:val="24"/>
                <w:szCs w:val="24"/>
              </w:rPr>
              <w:t>1</w:t>
            </w:r>
            <w:r w:rsidRPr="00A53ACC">
              <w:rPr>
                <w:rFonts w:ascii="Times New Roman" w:hAnsi="Times New Roman" w:cs="Times New Roman"/>
                <w:noProof/>
                <w:webHidden/>
                <w:sz w:val="24"/>
                <w:szCs w:val="24"/>
              </w:rPr>
              <w:fldChar w:fldCharType="end"/>
            </w:r>
          </w:hyperlink>
        </w:p>
        <w:p w:rsidR="000E1339" w:rsidRPr="00A53ACC" w:rsidRDefault="001D3FAA" w:rsidP="00A53ACC">
          <w:pPr>
            <w:pStyle w:val="T2"/>
            <w:tabs>
              <w:tab w:val="right" w:leader="dot" w:pos="8630"/>
            </w:tabs>
            <w:jc w:val="both"/>
            <w:rPr>
              <w:rFonts w:ascii="Times New Roman" w:hAnsi="Times New Roman" w:cs="Times New Roman"/>
              <w:noProof/>
              <w:sz w:val="24"/>
              <w:szCs w:val="24"/>
              <w:lang w:val="tr-TR" w:eastAsia="tr-TR"/>
            </w:rPr>
          </w:pPr>
          <w:hyperlink w:anchor="_Toc243213026" w:history="1">
            <w:r w:rsidR="000E1339" w:rsidRPr="00A53ACC">
              <w:rPr>
                <w:rStyle w:val="Kpr"/>
                <w:rFonts w:ascii="Times New Roman" w:hAnsi="Times New Roman" w:cs="Times New Roman"/>
                <w:noProof/>
                <w:sz w:val="24"/>
                <w:szCs w:val="24"/>
              </w:rPr>
              <w:t>1. Amaç, kapsam ve yöntem</w:t>
            </w:r>
            <w:r w:rsidR="000E1339" w:rsidRPr="00A53ACC">
              <w:rPr>
                <w:rFonts w:ascii="Times New Roman" w:hAnsi="Times New Roman" w:cs="Times New Roman"/>
                <w:noProof/>
                <w:webHidden/>
                <w:sz w:val="24"/>
                <w:szCs w:val="24"/>
              </w:rPr>
              <w:tab/>
            </w:r>
            <w:r w:rsidR="000E1339" w:rsidRPr="00A53ACC">
              <w:rPr>
                <w:rFonts w:ascii="Times New Roman" w:hAnsi="Times New Roman" w:cs="Times New Roman"/>
                <w:noProof/>
                <w:webHidden/>
                <w:sz w:val="24"/>
                <w:szCs w:val="24"/>
              </w:rPr>
              <w:fldChar w:fldCharType="begin"/>
            </w:r>
            <w:r w:rsidR="000E1339" w:rsidRPr="00A53ACC">
              <w:rPr>
                <w:rFonts w:ascii="Times New Roman" w:hAnsi="Times New Roman" w:cs="Times New Roman"/>
                <w:noProof/>
                <w:webHidden/>
                <w:sz w:val="24"/>
                <w:szCs w:val="24"/>
              </w:rPr>
              <w:instrText xml:space="preserve"> PAGEREF _Toc243213026 \h </w:instrText>
            </w:r>
            <w:r w:rsidR="000E1339" w:rsidRPr="00A53ACC">
              <w:rPr>
                <w:rFonts w:ascii="Times New Roman" w:hAnsi="Times New Roman" w:cs="Times New Roman"/>
                <w:noProof/>
                <w:webHidden/>
                <w:sz w:val="24"/>
                <w:szCs w:val="24"/>
              </w:rPr>
            </w:r>
            <w:r w:rsidR="000E1339" w:rsidRPr="00A53ACC">
              <w:rPr>
                <w:rFonts w:ascii="Times New Roman" w:hAnsi="Times New Roman" w:cs="Times New Roman"/>
                <w:noProof/>
                <w:webHidden/>
                <w:sz w:val="24"/>
                <w:szCs w:val="24"/>
              </w:rPr>
              <w:fldChar w:fldCharType="separate"/>
            </w:r>
            <w:r w:rsidR="000E1339" w:rsidRPr="00A53ACC">
              <w:rPr>
                <w:rFonts w:ascii="Times New Roman" w:hAnsi="Times New Roman" w:cs="Times New Roman"/>
                <w:noProof/>
                <w:webHidden/>
                <w:sz w:val="24"/>
                <w:szCs w:val="24"/>
              </w:rPr>
              <w:t>2</w:t>
            </w:r>
            <w:r w:rsidR="000E1339" w:rsidRPr="00A53ACC">
              <w:rPr>
                <w:rFonts w:ascii="Times New Roman" w:hAnsi="Times New Roman" w:cs="Times New Roman"/>
                <w:noProof/>
                <w:webHidden/>
                <w:sz w:val="24"/>
                <w:szCs w:val="24"/>
              </w:rPr>
              <w:fldChar w:fldCharType="end"/>
            </w:r>
          </w:hyperlink>
        </w:p>
        <w:p w:rsidR="000E1339" w:rsidRPr="00A53ACC" w:rsidRDefault="001D3FAA" w:rsidP="00A53ACC">
          <w:pPr>
            <w:pStyle w:val="T2"/>
            <w:tabs>
              <w:tab w:val="right" w:leader="dot" w:pos="8630"/>
            </w:tabs>
            <w:jc w:val="both"/>
            <w:rPr>
              <w:rFonts w:ascii="Times New Roman" w:hAnsi="Times New Roman" w:cs="Times New Roman"/>
              <w:noProof/>
              <w:sz w:val="24"/>
              <w:szCs w:val="24"/>
              <w:lang w:val="tr-TR" w:eastAsia="tr-TR"/>
            </w:rPr>
          </w:pPr>
          <w:hyperlink w:anchor="_Toc243213027" w:history="1">
            <w:r w:rsidR="000E1339" w:rsidRPr="00A53ACC">
              <w:rPr>
                <w:rStyle w:val="Kpr"/>
                <w:rFonts w:ascii="Times New Roman" w:hAnsi="Times New Roman" w:cs="Times New Roman"/>
                <w:noProof/>
                <w:sz w:val="24"/>
                <w:szCs w:val="24"/>
              </w:rPr>
              <w:t>2. Katılımcı profili</w:t>
            </w:r>
            <w:r w:rsidR="000E1339" w:rsidRPr="00A53ACC">
              <w:rPr>
                <w:rFonts w:ascii="Times New Roman" w:hAnsi="Times New Roman" w:cs="Times New Roman"/>
                <w:noProof/>
                <w:webHidden/>
                <w:sz w:val="24"/>
                <w:szCs w:val="24"/>
              </w:rPr>
              <w:tab/>
            </w:r>
            <w:r w:rsidR="000E1339" w:rsidRPr="00A53ACC">
              <w:rPr>
                <w:rFonts w:ascii="Times New Roman" w:hAnsi="Times New Roman" w:cs="Times New Roman"/>
                <w:noProof/>
                <w:webHidden/>
                <w:sz w:val="24"/>
                <w:szCs w:val="24"/>
              </w:rPr>
              <w:fldChar w:fldCharType="begin"/>
            </w:r>
            <w:r w:rsidR="000E1339" w:rsidRPr="00A53ACC">
              <w:rPr>
                <w:rFonts w:ascii="Times New Roman" w:hAnsi="Times New Roman" w:cs="Times New Roman"/>
                <w:noProof/>
                <w:webHidden/>
                <w:sz w:val="24"/>
                <w:szCs w:val="24"/>
              </w:rPr>
              <w:instrText xml:space="preserve"> PAGEREF _Toc243213027 \h </w:instrText>
            </w:r>
            <w:r w:rsidR="000E1339" w:rsidRPr="00A53ACC">
              <w:rPr>
                <w:rFonts w:ascii="Times New Roman" w:hAnsi="Times New Roman" w:cs="Times New Roman"/>
                <w:noProof/>
                <w:webHidden/>
                <w:sz w:val="24"/>
                <w:szCs w:val="24"/>
              </w:rPr>
            </w:r>
            <w:r w:rsidR="000E1339" w:rsidRPr="00A53ACC">
              <w:rPr>
                <w:rFonts w:ascii="Times New Roman" w:hAnsi="Times New Roman" w:cs="Times New Roman"/>
                <w:noProof/>
                <w:webHidden/>
                <w:sz w:val="24"/>
                <w:szCs w:val="24"/>
              </w:rPr>
              <w:fldChar w:fldCharType="separate"/>
            </w:r>
            <w:r w:rsidR="000E1339" w:rsidRPr="00A53ACC">
              <w:rPr>
                <w:rFonts w:ascii="Times New Roman" w:hAnsi="Times New Roman" w:cs="Times New Roman"/>
                <w:noProof/>
                <w:webHidden/>
                <w:sz w:val="24"/>
                <w:szCs w:val="24"/>
              </w:rPr>
              <w:t>2</w:t>
            </w:r>
            <w:r w:rsidR="000E1339" w:rsidRPr="00A53ACC">
              <w:rPr>
                <w:rFonts w:ascii="Times New Roman" w:hAnsi="Times New Roman" w:cs="Times New Roman"/>
                <w:noProof/>
                <w:webHidden/>
                <w:sz w:val="24"/>
                <w:szCs w:val="24"/>
              </w:rPr>
              <w:fldChar w:fldCharType="end"/>
            </w:r>
          </w:hyperlink>
        </w:p>
        <w:p w:rsidR="000E1339" w:rsidRPr="00A53ACC" w:rsidRDefault="001D3FAA" w:rsidP="00A53ACC">
          <w:pPr>
            <w:pStyle w:val="T2"/>
            <w:tabs>
              <w:tab w:val="right" w:leader="dot" w:pos="8630"/>
            </w:tabs>
            <w:jc w:val="both"/>
            <w:rPr>
              <w:rFonts w:ascii="Times New Roman" w:hAnsi="Times New Roman" w:cs="Times New Roman"/>
              <w:noProof/>
              <w:sz w:val="24"/>
              <w:szCs w:val="24"/>
              <w:lang w:val="tr-TR" w:eastAsia="tr-TR"/>
            </w:rPr>
          </w:pPr>
          <w:hyperlink w:anchor="_Toc243213028" w:history="1">
            <w:r w:rsidR="000E1339" w:rsidRPr="00A53ACC">
              <w:rPr>
                <w:rStyle w:val="Kpr"/>
                <w:rFonts w:ascii="Times New Roman" w:hAnsi="Times New Roman" w:cs="Times New Roman"/>
                <w:noProof/>
                <w:sz w:val="24"/>
                <w:szCs w:val="24"/>
              </w:rPr>
              <w:t>3. Nicel anket sonuçları</w:t>
            </w:r>
            <w:r w:rsidR="000E1339" w:rsidRPr="00A53ACC">
              <w:rPr>
                <w:rFonts w:ascii="Times New Roman" w:hAnsi="Times New Roman" w:cs="Times New Roman"/>
                <w:noProof/>
                <w:webHidden/>
                <w:sz w:val="24"/>
                <w:szCs w:val="24"/>
              </w:rPr>
              <w:tab/>
            </w:r>
            <w:r w:rsidR="000E1339" w:rsidRPr="00A53ACC">
              <w:rPr>
                <w:rFonts w:ascii="Times New Roman" w:hAnsi="Times New Roman" w:cs="Times New Roman"/>
                <w:noProof/>
                <w:webHidden/>
                <w:sz w:val="24"/>
                <w:szCs w:val="24"/>
              </w:rPr>
              <w:fldChar w:fldCharType="begin"/>
            </w:r>
            <w:r w:rsidR="000E1339" w:rsidRPr="00A53ACC">
              <w:rPr>
                <w:rFonts w:ascii="Times New Roman" w:hAnsi="Times New Roman" w:cs="Times New Roman"/>
                <w:noProof/>
                <w:webHidden/>
                <w:sz w:val="24"/>
                <w:szCs w:val="24"/>
              </w:rPr>
              <w:instrText xml:space="preserve"> PAGEREF _Toc243213028 \h </w:instrText>
            </w:r>
            <w:r w:rsidR="000E1339" w:rsidRPr="00A53ACC">
              <w:rPr>
                <w:rFonts w:ascii="Times New Roman" w:hAnsi="Times New Roman" w:cs="Times New Roman"/>
                <w:noProof/>
                <w:webHidden/>
                <w:sz w:val="24"/>
                <w:szCs w:val="24"/>
              </w:rPr>
            </w:r>
            <w:r w:rsidR="000E1339" w:rsidRPr="00A53ACC">
              <w:rPr>
                <w:rFonts w:ascii="Times New Roman" w:hAnsi="Times New Roman" w:cs="Times New Roman"/>
                <w:noProof/>
                <w:webHidden/>
                <w:sz w:val="24"/>
                <w:szCs w:val="24"/>
              </w:rPr>
              <w:fldChar w:fldCharType="separate"/>
            </w:r>
            <w:r w:rsidR="000E1339" w:rsidRPr="00A53ACC">
              <w:rPr>
                <w:rFonts w:ascii="Times New Roman" w:hAnsi="Times New Roman" w:cs="Times New Roman"/>
                <w:noProof/>
                <w:webHidden/>
                <w:sz w:val="24"/>
                <w:szCs w:val="24"/>
              </w:rPr>
              <w:t>2</w:t>
            </w:r>
            <w:r w:rsidR="000E1339" w:rsidRPr="00A53ACC">
              <w:rPr>
                <w:rFonts w:ascii="Times New Roman" w:hAnsi="Times New Roman" w:cs="Times New Roman"/>
                <w:noProof/>
                <w:webHidden/>
                <w:sz w:val="24"/>
                <w:szCs w:val="24"/>
              </w:rPr>
              <w:fldChar w:fldCharType="end"/>
            </w:r>
          </w:hyperlink>
        </w:p>
        <w:p w:rsidR="000E1339" w:rsidRPr="00A53ACC" w:rsidRDefault="001D3FAA" w:rsidP="00A53ACC">
          <w:pPr>
            <w:pStyle w:val="T2"/>
            <w:tabs>
              <w:tab w:val="right" w:leader="dot" w:pos="8630"/>
            </w:tabs>
            <w:jc w:val="both"/>
            <w:rPr>
              <w:rFonts w:ascii="Times New Roman" w:hAnsi="Times New Roman" w:cs="Times New Roman"/>
              <w:noProof/>
              <w:sz w:val="24"/>
              <w:szCs w:val="24"/>
              <w:lang w:val="tr-TR" w:eastAsia="tr-TR"/>
            </w:rPr>
          </w:pPr>
          <w:hyperlink w:anchor="_Toc243213030" w:history="1">
            <w:r w:rsidR="007957E0">
              <w:rPr>
                <w:rStyle w:val="Kpr"/>
                <w:rFonts w:ascii="Times New Roman" w:hAnsi="Times New Roman" w:cs="Times New Roman"/>
                <w:noProof/>
                <w:sz w:val="24"/>
                <w:szCs w:val="24"/>
              </w:rPr>
              <w:t>4</w:t>
            </w:r>
            <w:r w:rsidR="000E1339" w:rsidRPr="00A53ACC">
              <w:rPr>
                <w:rStyle w:val="Kpr"/>
                <w:rFonts w:ascii="Times New Roman" w:hAnsi="Times New Roman" w:cs="Times New Roman"/>
                <w:noProof/>
                <w:sz w:val="24"/>
                <w:szCs w:val="24"/>
              </w:rPr>
              <w:t>. Açık uçlu görüşlerin tematik analizi</w:t>
            </w:r>
            <w:r w:rsidR="000E1339" w:rsidRPr="00A53ACC">
              <w:rPr>
                <w:rFonts w:ascii="Times New Roman" w:hAnsi="Times New Roman" w:cs="Times New Roman"/>
                <w:noProof/>
                <w:webHidden/>
                <w:sz w:val="24"/>
                <w:szCs w:val="24"/>
              </w:rPr>
              <w:tab/>
            </w:r>
            <w:r w:rsidR="000E1339" w:rsidRPr="00A53ACC">
              <w:rPr>
                <w:rFonts w:ascii="Times New Roman" w:hAnsi="Times New Roman" w:cs="Times New Roman"/>
                <w:noProof/>
                <w:webHidden/>
                <w:sz w:val="24"/>
                <w:szCs w:val="24"/>
              </w:rPr>
              <w:fldChar w:fldCharType="begin"/>
            </w:r>
            <w:r w:rsidR="000E1339" w:rsidRPr="00A53ACC">
              <w:rPr>
                <w:rFonts w:ascii="Times New Roman" w:hAnsi="Times New Roman" w:cs="Times New Roman"/>
                <w:noProof/>
                <w:webHidden/>
                <w:sz w:val="24"/>
                <w:szCs w:val="24"/>
              </w:rPr>
              <w:instrText xml:space="preserve"> PAGEREF _Toc243213030 \h </w:instrText>
            </w:r>
            <w:r w:rsidR="000E1339" w:rsidRPr="00A53ACC">
              <w:rPr>
                <w:rFonts w:ascii="Times New Roman" w:hAnsi="Times New Roman" w:cs="Times New Roman"/>
                <w:noProof/>
                <w:webHidden/>
                <w:sz w:val="24"/>
                <w:szCs w:val="24"/>
              </w:rPr>
            </w:r>
            <w:r w:rsidR="000E1339" w:rsidRPr="00A53ACC">
              <w:rPr>
                <w:rFonts w:ascii="Times New Roman" w:hAnsi="Times New Roman" w:cs="Times New Roman"/>
                <w:noProof/>
                <w:webHidden/>
                <w:sz w:val="24"/>
                <w:szCs w:val="24"/>
              </w:rPr>
              <w:fldChar w:fldCharType="separate"/>
            </w:r>
            <w:r w:rsidR="000E1339" w:rsidRPr="00A53ACC">
              <w:rPr>
                <w:rFonts w:ascii="Times New Roman" w:hAnsi="Times New Roman" w:cs="Times New Roman"/>
                <w:noProof/>
                <w:webHidden/>
                <w:sz w:val="24"/>
                <w:szCs w:val="24"/>
              </w:rPr>
              <w:t>3</w:t>
            </w:r>
            <w:r w:rsidR="000E1339" w:rsidRPr="00A53ACC">
              <w:rPr>
                <w:rFonts w:ascii="Times New Roman" w:hAnsi="Times New Roman" w:cs="Times New Roman"/>
                <w:noProof/>
                <w:webHidden/>
                <w:sz w:val="24"/>
                <w:szCs w:val="24"/>
              </w:rPr>
              <w:fldChar w:fldCharType="end"/>
            </w:r>
          </w:hyperlink>
        </w:p>
        <w:p w:rsidR="000E1339" w:rsidRPr="00A53ACC" w:rsidRDefault="001D3FAA" w:rsidP="00A53ACC">
          <w:pPr>
            <w:pStyle w:val="T2"/>
            <w:tabs>
              <w:tab w:val="right" w:leader="dot" w:pos="8630"/>
            </w:tabs>
            <w:jc w:val="both"/>
            <w:rPr>
              <w:rFonts w:ascii="Times New Roman" w:hAnsi="Times New Roman" w:cs="Times New Roman"/>
              <w:noProof/>
              <w:sz w:val="24"/>
              <w:szCs w:val="24"/>
              <w:lang w:val="tr-TR" w:eastAsia="tr-TR"/>
            </w:rPr>
          </w:pPr>
          <w:hyperlink w:anchor="_Toc243213036" w:history="1">
            <w:r w:rsidR="007957E0">
              <w:rPr>
                <w:rStyle w:val="Kpr"/>
                <w:rFonts w:ascii="Times New Roman" w:hAnsi="Times New Roman" w:cs="Times New Roman"/>
                <w:noProof/>
                <w:sz w:val="24"/>
                <w:szCs w:val="24"/>
              </w:rPr>
              <w:t>5. Sonuç ve öneriler</w:t>
            </w:r>
            <w:r w:rsidR="000E1339" w:rsidRPr="00A53ACC">
              <w:rPr>
                <w:rFonts w:ascii="Times New Roman" w:hAnsi="Times New Roman" w:cs="Times New Roman"/>
                <w:noProof/>
                <w:webHidden/>
                <w:sz w:val="24"/>
                <w:szCs w:val="24"/>
              </w:rPr>
              <w:tab/>
            </w:r>
            <w:r w:rsidR="000E1339" w:rsidRPr="00A53ACC">
              <w:rPr>
                <w:rFonts w:ascii="Times New Roman" w:hAnsi="Times New Roman" w:cs="Times New Roman"/>
                <w:noProof/>
                <w:webHidden/>
                <w:sz w:val="24"/>
                <w:szCs w:val="24"/>
              </w:rPr>
              <w:fldChar w:fldCharType="begin"/>
            </w:r>
            <w:r w:rsidR="000E1339" w:rsidRPr="00A53ACC">
              <w:rPr>
                <w:rFonts w:ascii="Times New Roman" w:hAnsi="Times New Roman" w:cs="Times New Roman"/>
                <w:noProof/>
                <w:webHidden/>
                <w:sz w:val="24"/>
                <w:szCs w:val="24"/>
              </w:rPr>
              <w:instrText xml:space="preserve"> PAGEREF _Toc243213036 \h </w:instrText>
            </w:r>
            <w:r w:rsidR="000E1339" w:rsidRPr="00A53ACC">
              <w:rPr>
                <w:rFonts w:ascii="Times New Roman" w:hAnsi="Times New Roman" w:cs="Times New Roman"/>
                <w:noProof/>
                <w:webHidden/>
                <w:sz w:val="24"/>
                <w:szCs w:val="24"/>
              </w:rPr>
            </w:r>
            <w:r w:rsidR="000E1339" w:rsidRPr="00A53ACC">
              <w:rPr>
                <w:rFonts w:ascii="Times New Roman" w:hAnsi="Times New Roman" w:cs="Times New Roman"/>
                <w:noProof/>
                <w:webHidden/>
                <w:sz w:val="24"/>
                <w:szCs w:val="24"/>
              </w:rPr>
              <w:fldChar w:fldCharType="separate"/>
            </w:r>
            <w:r w:rsidR="000E1339" w:rsidRPr="00A53ACC">
              <w:rPr>
                <w:rFonts w:ascii="Times New Roman" w:hAnsi="Times New Roman" w:cs="Times New Roman"/>
                <w:noProof/>
                <w:webHidden/>
                <w:sz w:val="24"/>
                <w:szCs w:val="24"/>
              </w:rPr>
              <w:t>4</w:t>
            </w:r>
            <w:r w:rsidR="000E1339" w:rsidRPr="00A53ACC">
              <w:rPr>
                <w:rFonts w:ascii="Times New Roman" w:hAnsi="Times New Roman" w:cs="Times New Roman"/>
                <w:noProof/>
                <w:webHidden/>
                <w:sz w:val="24"/>
                <w:szCs w:val="24"/>
              </w:rPr>
              <w:fldChar w:fldCharType="end"/>
            </w:r>
          </w:hyperlink>
        </w:p>
        <w:p w:rsidR="009200F4" w:rsidRDefault="000E1339" w:rsidP="007957E0">
          <w:pPr>
            <w:pStyle w:val="T2"/>
            <w:tabs>
              <w:tab w:val="right" w:leader="dot" w:pos="8630"/>
            </w:tabs>
            <w:jc w:val="both"/>
            <w:rPr>
              <w:rFonts w:ascii="Times New Roman" w:eastAsiaTheme="majorEastAsia" w:hAnsi="Times New Roman" w:cs="Times New Roman"/>
              <w:b/>
              <w:bCs/>
              <w:color w:val="365F91" w:themeColor="accent1" w:themeShade="BF"/>
              <w:sz w:val="24"/>
              <w:szCs w:val="24"/>
            </w:rPr>
          </w:pPr>
          <w:r w:rsidRPr="00A53ACC">
            <w:rPr>
              <w:rFonts w:ascii="Times New Roman" w:hAnsi="Times New Roman" w:cs="Times New Roman"/>
              <w:b/>
              <w:bCs/>
              <w:sz w:val="24"/>
              <w:szCs w:val="24"/>
            </w:rPr>
            <w:fldChar w:fldCharType="end"/>
          </w:r>
        </w:p>
      </w:sdtContent>
    </w:sdt>
    <w:p w:rsidR="009200F4" w:rsidRDefault="009200F4" w:rsidP="00A53ACC">
      <w:pPr>
        <w:jc w:val="both"/>
        <w:rPr>
          <w:rFonts w:ascii="Times New Roman" w:eastAsiaTheme="majorEastAsia" w:hAnsi="Times New Roman" w:cs="Times New Roman"/>
          <w:b/>
          <w:bCs/>
          <w:color w:val="365F91" w:themeColor="accent1" w:themeShade="BF"/>
          <w:sz w:val="24"/>
          <w:szCs w:val="24"/>
        </w:rPr>
      </w:pPr>
    </w:p>
    <w:p w:rsidR="009200F4" w:rsidRDefault="009200F4" w:rsidP="00A53ACC">
      <w:pPr>
        <w:jc w:val="both"/>
        <w:rPr>
          <w:rFonts w:ascii="Times New Roman" w:eastAsiaTheme="majorEastAsia" w:hAnsi="Times New Roman" w:cs="Times New Roman"/>
          <w:b/>
          <w:bCs/>
          <w:color w:val="365F91" w:themeColor="accent1" w:themeShade="BF"/>
          <w:sz w:val="24"/>
          <w:szCs w:val="24"/>
        </w:rPr>
      </w:pPr>
    </w:p>
    <w:p w:rsidR="009200F4" w:rsidRDefault="009200F4" w:rsidP="00A53ACC">
      <w:pPr>
        <w:jc w:val="both"/>
        <w:rPr>
          <w:rFonts w:ascii="Times New Roman" w:eastAsiaTheme="majorEastAsia" w:hAnsi="Times New Roman" w:cs="Times New Roman"/>
          <w:b/>
          <w:bCs/>
          <w:color w:val="365F91" w:themeColor="accent1" w:themeShade="BF"/>
          <w:sz w:val="24"/>
          <w:szCs w:val="24"/>
        </w:rPr>
      </w:pPr>
    </w:p>
    <w:p w:rsidR="009200F4" w:rsidRDefault="009200F4" w:rsidP="00A53ACC">
      <w:pPr>
        <w:jc w:val="both"/>
        <w:rPr>
          <w:rFonts w:ascii="Times New Roman" w:eastAsiaTheme="majorEastAsia" w:hAnsi="Times New Roman" w:cs="Times New Roman"/>
          <w:b/>
          <w:bCs/>
          <w:color w:val="365F91" w:themeColor="accent1" w:themeShade="BF"/>
          <w:sz w:val="24"/>
          <w:szCs w:val="24"/>
        </w:rPr>
      </w:pPr>
    </w:p>
    <w:p w:rsidR="009200F4" w:rsidRDefault="009200F4" w:rsidP="00A53ACC">
      <w:pPr>
        <w:jc w:val="both"/>
        <w:rPr>
          <w:rFonts w:ascii="Times New Roman" w:eastAsiaTheme="majorEastAsia" w:hAnsi="Times New Roman" w:cs="Times New Roman"/>
          <w:b/>
          <w:bCs/>
          <w:color w:val="365F91" w:themeColor="accent1" w:themeShade="BF"/>
          <w:sz w:val="24"/>
          <w:szCs w:val="24"/>
        </w:rPr>
      </w:pPr>
    </w:p>
    <w:p w:rsidR="007957E0" w:rsidRDefault="007957E0" w:rsidP="00A53ACC">
      <w:pPr>
        <w:pStyle w:val="Balk1"/>
        <w:jc w:val="both"/>
        <w:rPr>
          <w:rFonts w:ascii="Times New Roman" w:hAnsi="Times New Roman" w:cs="Times New Roman"/>
          <w:sz w:val="24"/>
          <w:szCs w:val="24"/>
        </w:rPr>
      </w:pPr>
      <w:bookmarkStart w:id="0" w:name="_Toc243213025"/>
    </w:p>
    <w:p w:rsidR="007957E0" w:rsidRDefault="007957E0" w:rsidP="007957E0"/>
    <w:p w:rsidR="007957E0" w:rsidRDefault="007957E0" w:rsidP="007957E0"/>
    <w:p w:rsidR="007957E0" w:rsidRDefault="007957E0" w:rsidP="007957E0"/>
    <w:p w:rsidR="007957E0" w:rsidRDefault="007957E0" w:rsidP="007957E0"/>
    <w:p w:rsidR="007957E0" w:rsidRDefault="007957E0" w:rsidP="007957E0"/>
    <w:p w:rsidR="00BA6610" w:rsidRDefault="00BA6610" w:rsidP="007957E0"/>
    <w:p w:rsidR="00BA6610" w:rsidRDefault="00BA6610" w:rsidP="007957E0"/>
    <w:p w:rsidR="00BA6610" w:rsidRPr="007957E0" w:rsidRDefault="00BA6610" w:rsidP="007957E0">
      <w:bookmarkStart w:id="1" w:name="_GoBack"/>
      <w:bookmarkEnd w:id="1"/>
    </w:p>
    <w:p w:rsidR="00F84000" w:rsidRPr="00A53ACC" w:rsidRDefault="007957E0" w:rsidP="00A53ACC">
      <w:pPr>
        <w:pStyle w:val="Balk1"/>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Bağımlılıkla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Mücade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Eğitimi</w:t>
      </w:r>
      <w:proofErr w:type="spellEnd"/>
      <w:r>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Etkinlik</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Sonu</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Etki</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Değerlendirme</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Raporu</w:t>
      </w:r>
      <w:bookmarkEnd w:id="0"/>
      <w:proofErr w:type="spellEnd"/>
    </w:p>
    <w:p w:rsidR="0000204D" w:rsidRPr="00A53ACC" w:rsidRDefault="00F57DDE" w:rsidP="00A53ACC">
      <w:pPr>
        <w:jc w:val="both"/>
        <w:rPr>
          <w:rFonts w:ascii="Times New Roman" w:hAnsi="Times New Roman" w:cs="Times New Roman"/>
          <w:sz w:val="24"/>
          <w:szCs w:val="24"/>
        </w:rPr>
      </w:pPr>
      <w:proofErr w:type="spellStart"/>
      <w:r w:rsidRPr="00A53ACC">
        <w:rPr>
          <w:rFonts w:ascii="Times New Roman" w:hAnsi="Times New Roman" w:cs="Times New Roman"/>
          <w:sz w:val="24"/>
          <w:szCs w:val="24"/>
        </w:rPr>
        <w:t>Rapor</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tarihi</w:t>
      </w:r>
      <w:proofErr w:type="spellEnd"/>
      <w:r w:rsidRPr="00A53ACC">
        <w:rPr>
          <w:rFonts w:ascii="Times New Roman" w:hAnsi="Times New Roman" w:cs="Times New Roman"/>
          <w:sz w:val="24"/>
          <w:szCs w:val="24"/>
        </w:rPr>
        <w:t xml:space="preserve">: </w:t>
      </w:r>
      <w:r w:rsidR="000E1339" w:rsidRPr="00A53ACC">
        <w:rPr>
          <w:rFonts w:ascii="Times New Roman" w:hAnsi="Times New Roman" w:cs="Times New Roman"/>
          <w:sz w:val="24"/>
          <w:szCs w:val="24"/>
        </w:rPr>
        <w:t xml:space="preserve">18.10.2026 </w:t>
      </w:r>
    </w:p>
    <w:p w:rsidR="00F84000" w:rsidRPr="00A53ACC" w:rsidRDefault="00F57DDE" w:rsidP="00A53ACC">
      <w:pPr>
        <w:pStyle w:val="Balk2"/>
        <w:jc w:val="both"/>
        <w:rPr>
          <w:rFonts w:ascii="Times New Roman" w:hAnsi="Times New Roman" w:cs="Times New Roman"/>
          <w:sz w:val="24"/>
          <w:szCs w:val="24"/>
        </w:rPr>
      </w:pPr>
      <w:bookmarkStart w:id="2" w:name="_Toc243213026"/>
      <w:r w:rsidRPr="00A53ACC">
        <w:rPr>
          <w:rFonts w:ascii="Times New Roman" w:hAnsi="Times New Roman" w:cs="Times New Roman"/>
          <w:sz w:val="24"/>
          <w:szCs w:val="24"/>
        </w:rPr>
        <w:t>1. Amaç, kapsam ve yöntem</w:t>
      </w:r>
      <w:bookmarkEnd w:id="2"/>
    </w:p>
    <w:p w:rsidR="00F84000" w:rsidRPr="00A53ACC" w:rsidRDefault="00F57DDE" w:rsidP="00A53ACC">
      <w:pPr>
        <w:jc w:val="both"/>
        <w:rPr>
          <w:rFonts w:ascii="Times New Roman" w:hAnsi="Times New Roman" w:cs="Times New Roman"/>
          <w:sz w:val="24"/>
          <w:szCs w:val="24"/>
        </w:rPr>
      </w:pPr>
      <w:r w:rsidRPr="00A53ACC">
        <w:rPr>
          <w:rFonts w:ascii="Times New Roman" w:hAnsi="Times New Roman" w:cs="Times New Roman"/>
          <w:sz w:val="24"/>
          <w:szCs w:val="24"/>
        </w:rPr>
        <w:t>Bu rapor, bağımlılıkla mücadele temalı eğitim etkinliğinin katılımcı görüşleri doğrultusunda değerlendirilmesi, güçlü ve gelişime açık yönlerin belirlenmesi ve kalite süreçlerinde izlenebilir iyileştirme adımlarının oluşturulması amacıyla hazır</w:t>
      </w:r>
      <w:r w:rsidR="00536952" w:rsidRPr="00A53ACC">
        <w:rPr>
          <w:rFonts w:ascii="Times New Roman" w:hAnsi="Times New Roman" w:cs="Times New Roman"/>
          <w:sz w:val="24"/>
          <w:szCs w:val="24"/>
        </w:rPr>
        <w:t xml:space="preserve">lanmıştır. </w:t>
      </w:r>
      <w:proofErr w:type="spellStart"/>
      <w:r w:rsidR="00536952" w:rsidRPr="00A53ACC">
        <w:rPr>
          <w:rFonts w:ascii="Times New Roman" w:hAnsi="Times New Roman" w:cs="Times New Roman"/>
          <w:sz w:val="24"/>
          <w:szCs w:val="24"/>
        </w:rPr>
        <w:t>Çevrim</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içi</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anket</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yoluyla</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elde</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edilen</w:t>
      </w:r>
      <w:proofErr w:type="spellEnd"/>
      <w:r w:rsidR="00536952" w:rsidRPr="00A53ACC">
        <w:rPr>
          <w:rFonts w:ascii="Times New Roman" w:hAnsi="Times New Roman" w:cs="Times New Roman"/>
          <w:sz w:val="24"/>
          <w:szCs w:val="24"/>
        </w:rPr>
        <w:t xml:space="preserve"> 45</w:t>
      </w:r>
      <w:r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adet</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veriye</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ilişkin</w:t>
      </w:r>
      <w:proofErr w:type="spellEnd"/>
      <w:r w:rsidR="00536952"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yanıt</w:t>
      </w:r>
      <w:r w:rsidR="00536952" w:rsidRPr="00A53ACC">
        <w:rPr>
          <w:rFonts w:ascii="Times New Roman" w:hAnsi="Times New Roman" w:cs="Times New Roman"/>
          <w:sz w:val="24"/>
          <w:szCs w:val="24"/>
        </w:rPr>
        <w:t>lar</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incelenmiştir</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Etkinlik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adları</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katılımcılar</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tarafından</w:t>
      </w:r>
      <w:proofErr w:type="spellEnd"/>
      <w:r w:rsidRPr="00A53ACC">
        <w:rPr>
          <w:rFonts w:ascii="Times New Roman" w:hAnsi="Times New Roman" w:cs="Times New Roman"/>
          <w:sz w:val="24"/>
          <w:szCs w:val="24"/>
        </w:rPr>
        <w:t xml:space="preserve"> farklı biçimlerde yazılmıştır; veri setinin aynı etkinliğe ait olduğu varsayımıyla toplu analiz yapılmıştır. </w:t>
      </w:r>
    </w:p>
    <w:p w:rsidR="00F84000" w:rsidRPr="00A53ACC" w:rsidRDefault="00F57DDE" w:rsidP="00A53ACC">
      <w:pPr>
        <w:jc w:val="both"/>
        <w:rPr>
          <w:rFonts w:ascii="Times New Roman" w:hAnsi="Times New Roman" w:cs="Times New Roman"/>
          <w:sz w:val="24"/>
          <w:szCs w:val="24"/>
        </w:rPr>
      </w:pPr>
      <w:r w:rsidRPr="00A53ACC">
        <w:rPr>
          <w:rFonts w:ascii="Times New Roman" w:hAnsi="Times New Roman" w:cs="Times New Roman"/>
          <w:sz w:val="24"/>
          <w:szCs w:val="24"/>
        </w:rPr>
        <w:t xml:space="preserve">14 Likert ifadesi 1–5 puan aralığında analiz edilmiş; 4 ve 5 olumlu yanıt olarak kabul edilmiştir. Açık uçlu yanıtlar tematik olarak yorumlanmıştır. </w:t>
      </w:r>
    </w:p>
    <w:p w:rsidR="00F84000" w:rsidRPr="00A53ACC" w:rsidRDefault="00F57DDE" w:rsidP="00A53ACC">
      <w:pPr>
        <w:pStyle w:val="Balk2"/>
        <w:jc w:val="both"/>
        <w:rPr>
          <w:rFonts w:ascii="Times New Roman" w:hAnsi="Times New Roman" w:cs="Times New Roman"/>
          <w:sz w:val="24"/>
          <w:szCs w:val="24"/>
        </w:rPr>
      </w:pPr>
      <w:bookmarkStart w:id="3" w:name="_Toc243213027"/>
      <w:r w:rsidRPr="00A53ACC">
        <w:rPr>
          <w:rFonts w:ascii="Times New Roman" w:hAnsi="Times New Roman" w:cs="Times New Roman"/>
          <w:sz w:val="24"/>
          <w:szCs w:val="24"/>
        </w:rPr>
        <w:t>2. Katılımcı profili</w:t>
      </w:r>
      <w:bookmarkEnd w:id="3"/>
    </w:p>
    <w:p w:rsidR="009200F4" w:rsidRDefault="009200F4" w:rsidP="00A53ACC">
      <w:pPr>
        <w:pStyle w:val="ListeMaddemi"/>
        <w:numPr>
          <w:ilvl w:val="0"/>
          <w:numId w:val="0"/>
        </w:numPr>
        <w:jc w:val="both"/>
        <w:rPr>
          <w:rFonts w:ascii="Times New Roman" w:hAnsi="Times New Roman" w:cs="Times New Roman"/>
          <w:b/>
          <w:sz w:val="24"/>
          <w:szCs w:val="24"/>
        </w:rPr>
      </w:pPr>
    </w:p>
    <w:p w:rsidR="0000204D" w:rsidRPr="009200F4" w:rsidRDefault="0000204D" w:rsidP="00A53ACC">
      <w:pPr>
        <w:pStyle w:val="ListeMaddemi"/>
        <w:numPr>
          <w:ilvl w:val="0"/>
          <w:numId w:val="0"/>
        </w:numPr>
        <w:jc w:val="both"/>
        <w:rPr>
          <w:rFonts w:ascii="Times New Roman" w:hAnsi="Times New Roman" w:cs="Times New Roman"/>
          <w:b/>
          <w:sz w:val="24"/>
          <w:szCs w:val="24"/>
        </w:rPr>
      </w:pPr>
      <w:proofErr w:type="spellStart"/>
      <w:r w:rsidRPr="009200F4">
        <w:rPr>
          <w:rFonts w:ascii="Times New Roman" w:hAnsi="Times New Roman" w:cs="Times New Roman"/>
          <w:b/>
          <w:sz w:val="24"/>
          <w:szCs w:val="24"/>
        </w:rPr>
        <w:t>Şekil</w:t>
      </w:r>
      <w:proofErr w:type="spellEnd"/>
      <w:r w:rsidRPr="009200F4">
        <w:rPr>
          <w:rFonts w:ascii="Times New Roman" w:hAnsi="Times New Roman" w:cs="Times New Roman"/>
          <w:b/>
          <w:sz w:val="24"/>
          <w:szCs w:val="24"/>
        </w:rPr>
        <w:t xml:space="preserve"> 1. </w:t>
      </w:r>
      <w:proofErr w:type="spellStart"/>
      <w:r w:rsidRPr="009200F4">
        <w:rPr>
          <w:rFonts w:ascii="Times New Roman" w:hAnsi="Times New Roman" w:cs="Times New Roman"/>
          <w:b/>
          <w:sz w:val="24"/>
          <w:szCs w:val="24"/>
        </w:rPr>
        <w:t>Katılımcıların</w:t>
      </w:r>
      <w:proofErr w:type="spellEnd"/>
      <w:r w:rsidRPr="009200F4">
        <w:rPr>
          <w:rFonts w:ascii="Times New Roman" w:hAnsi="Times New Roman" w:cs="Times New Roman"/>
          <w:b/>
          <w:sz w:val="24"/>
          <w:szCs w:val="24"/>
        </w:rPr>
        <w:t xml:space="preserve"> </w:t>
      </w:r>
      <w:proofErr w:type="spellStart"/>
      <w:r w:rsidRPr="009200F4">
        <w:rPr>
          <w:rFonts w:ascii="Times New Roman" w:hAnsi="Times New Roman" w:cs="Times New Roman"/>
          <w:b/>
          <w:sz w:val="24"/>
          <w:szCs w:val="24"/>
        </w:rPr>
        <w:t>statülerine</w:t>
      </w:r>
      <w:proofErr w:type="spellEnd"/>
      <w:r w:rsidRPr="009200F4">
        <w:rPr>
          <w:rFonts w:ascii="Times New Roman" w:hAnsi="Times New Roman" w:cs="Times New Roman"/>
          <w:b/>
          <w:sz w:val="24"/>
          <w:szCs w:val="24"/>
        </w:rPr>
        <w:t xml:space="preserve"> </w:t>
      </w:r>
      <w:proofErr w:type="spellStart"/>
      <w:r w:rsidRPr="009200F4">
        <w:rPr>
          <w:rFonts w:ascii="Times New Roman" w:hAnsi="Times New Roman" w:cs="Times New Roman"/>
          <w:b/>
          <w:sz w:val="24"/>
          <w:szCs w:val="24"/>
        </w:rPr>
        <w:t>göre</w:t>
      </w:r>
      <w:proofErr w:type="spellEnd"/>
      <w:r w:rsidRPr="009200F4">
        <w:rPr>
          <w:rFonts w:ascii="Times New Roman" w:hAnsi="Times New Roman" w:cs="Times New Roman"/>
          <w:b/>
          <w:sz w:val="24"/>
          <w:szCs w:val="24"/>
        </w:rPr>
        <w:t xml:space="preserve"> </w:t>
      </w:r>
      <w:proofErr w:type="spellStart"/>
      <w:r w:rsidRPr="009200F4">
        <w:rPr>
          <w:rFonts w:ascii="Times New Roman" w:hAnsi="Times New Roman" w:cs="Times New Roman"/>
          <w:b/>
          <w:sz w:val="24"/>
          <w:szCs w:val="24"/>
        </w:rPr>
        <w:t>dağılımı</w:t>
      </w:r>
      <w:proofErr w:type="spellEnd"/>
    </w:p>
    <w:p w:rsidR="0000204D" w:rsidRPr="00A53ACC" w:rsidRDefault="0000204D" w:rsidP="00A53ACC">
      <w:pPr>
        <w:pStyle w:val="ListeMaddemi"/>
        <w:numPr>
          <w:ilvl w:val="0"/>
          <w:numId w:val="0"/>
        </w:numPr>
        <w:jc w:val="both"/>
        <w:rPr>
          <w:rFonts w:ascii="Times New Roman" w:hAnsi="Times New Roman" w:cs="Times New Roman"/>
          <w:sz w:val="24"/>
          <w:szCs w:val="24"/>
        </w:rPr>
      </w:pPr>
      <w:r w:rsidRPr="00A53ACC">
        <w:rPr>
          <w:rFonts w:ascii="Times New Roman" w:hAnsi="Times New Roman" w:cs="Times New Roman"/>
          <w:noProof/>
          <w:sz w:val="24"/>
          <w:szCs w:val="24"/>
          <w:lang w:val="tr-TR" w:eastAsia="tr-TR"/>
        </w:rPr>
        <w:drawing>
          <wp:inline distT="0" distB="0" distL="0" distR="0" wp14:anchorId="6B7B4058" wp14:editId="72606441">
            <wp:extent cx="5486400" cy="20574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tilimci_grafik.png"/>
                    <pic:cNvPicPr/>
                  </pic:nvPicPr>
                  <pic:blipFill>
                    <a:blip r:embed="rId8"/>
                    <a:stretch>
                      <a:fillRect/>
                    </a:stretch>
                  </pic:blipFill>
                  <pic:spPr>
                    <a:xfrm>
                      <a:off x="0" y="0"/>
                      <a:ext cx="5486400" cy="2057400"/>
                    </a:xfrm>
                    <a:prstGeom prst="rect">
                      <a:avLst/>
                    </a:prstGeom>
                  </pic:spPr>
                </pic:pic>
              </a:graphicData>
            </a:graphic>
          </wp:inline>
        </w:drawing>
      </w:r>
    </w:p>
    <w:p w:rsidR="00536952" w:rsidRPr="00A53ACC" w:rsidRDefault="00536952" w:rsidP="00A53ACC">
      <w:pPr>
        <w:pStyle w:val="ListeMaddemi"/>
        <w:jc w:val="both"/>
        <w:rPr>
          <w:rFonts w:ascii="Times New Roman" w:hAnsi="Times New Roman" w:cs="Times New Roman"/>
          <w:sz w:val="24"/>
          <w:szCs w:val="24"/>
        </w:rPr>
      </w:pPr>
      <w:proofErr w:type="spellStart"/>
      <w:r w:rsidRPr="00A53ACC">
        <w:rPr>
          <w:rFonts w:ascii="Times New Roman" w:hAnsi="Times New Roman" w:cs="Times New Roman"/>
          <w:sz w:val="24"/>
          <w:szCs w:val="24"/>
        </w:rPr>
        <w:t>Önlisans</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Öğrencisi</w:t>
      </w:r>
      <w:proofErr w:type="spellEnd"/>
      <w:r w:rsidRPr="00A53ACC">
        <w:rPr>
          <w:rFonts w:ascii="Times New Roman" w:hAnsi="Times New Roman" w:cs="Times New Roman"/>
          <w:sz w:val="24"/>
          <w:szCs w:val="24"/>
        </w:rPr>
        <w:t xml:space="preserve">: 40 </w:t>
      </w:r>
      <w:proofErr w:type="spellStart"/>
      <w:r w:rsidRPr="00A53ACC">
        <w:rPr>
          <w:rFonts w:ascii="Times New Roman" w:hAnsi="Times New Roman" w:cs="Times New Roman"/>
          <w:sz w:val="24"/>
          <w:szCs w:val="24"/>
        </w:rPr>
        <w:t>kişi</w:t>
      </w:r>
      <w:proofErr w:type="spellEnd"/>
      <w:r w:rsidRPr="00A53ACC">
        <w:rPr>
          <w:rFonts w:ascii="Times New Roman" w:hAnsi="Times New Roman" w:cs="Times New Roman"/>
          <w:sz w:val="24"/>
          <w:szCs w:val="24"/>
        </w:rPr>
        <w:t xml:space="preserve"> (%88.9).</w:t>
      </w:r>
    </w:p>
    <w:p w:rsidR="00536952" w:rsidRPr="00A53ACC" w:rsidRDefault="00536952" w:rsidP="00A53ACC">
      <w:pPr>
        <w:pStyle w:val="ListeMaddemi"/>
        <w:jc w:val="both"/>
        <w:rPr>
          <w:rFonts w:ascii="Times New Roman" w:hAnsi="Times New Roman" w:cs="Times New Roman"/>
          <w:sz w:val="24"/>
          <w:szCs w:val="24"/>
        </w:rPr>
      </w:pPr>
      <w:proofErr w:type="spellStart"/>
      <w:r w:rsidRPr="00A53ACC">
        <w:rPr>
          <w:rFonts w:ascii="Times New Roman" w:hAnsi="Times New Roman" w:cs="Times New Roman"/>
          <w:sz w:val="24"/>
          <w:szCs w:val="24"/>
        </w:rPr>
        <w:t>Lisans</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öğrencisi</w:t>
      </w:r>
      <w:proofErr w:type="spellEnd"/>
      <w:r w:rsidRPr="00A53ACC">
        <w:rPr>
          <w:rFonts w:ascii="Times New Roman" w:hAnsi="Times New Roman" w:cs="Times New Roman"/>
          <w:sz w:val="24"/>
          <w:szCs w:val="24"/>
        </w:rPr>
        <w:t xml:space="preserve">: 2 </w:t>
      </w:r>
      <w:proofErr w:type="spellStart"/>
      <w:r w:rsidRPr="00A53ACC">
        <w:rPr>
          <w:rFonts w:ascii="Times New Roman" w:hAnsi="Times New Roman" w:cs="Times New Roman"/>
          <w:sz w:val="24"/>
          <w:szCs w:val="24"/>
        </w:rPr>
        <w:t>kişi</w:t>
      </w:r>
      <w:proofErr w:type="spellEnd"/>
      <w:r w:rsidRPr="00A53ACC">
        <w:rPr>
          <w:rFonts w:ascii="Times New Roman" w:hAnsi="Times New Roman" w:cs="Times New Roman"/>
          <w:sz w:val="24"/>
          <w:szCs w:val="24"/>
        </w:rPr>
        <w:t xml:space="preserve"> (%4.4).</w:t>
      </w:r>
    </w:p>
    <w:p w:rsidR="00536952" w:rsidRPr="00A53ACC" w:rsidRDefault="00536952" w:rsidP="00A53ACC">
      <w:pPr>
        <w:pStyle w:val="ListeMaddemi"/>
        <w:jc w:val="both"/>
        <w:rPr>
          <w:rFonts w:ascii="Times New Roman" w:hAnsi="Times New Roman" w:cs="Times New Roman"/>
          <w:sz w:val="24"/>
          <w:szCs w:val="24"/>
        </w:rPr>
      </w:pPr>
      <w:proofErr w:type="spellStart"/>
      <w:r w:rsidRPr="00A53ACC">
        <w:rPr>
          <w:rFonts w:ascii="Times New Roman" w:hAnsi="Times New Roman" w:cs="Times New Roman"/>
          <w:sz w:val="24"/>
          <w:szCs w:val="24"/>
        </w:rPr>
        <w:t>Akademik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Personel</w:t>
      </w:r>
      <w:proofErr w:type="spellEnd"/>
      <w:r w:rsidRPr="00A53ACC">
        <w:rPr>
          <w:rFonts w:ascii="Times New Roman" w:hAnsi="Times New Roman" w:cs="Times New Roman"/>
          <w:sz w:val="24"/>
          <w:szCs w:val="24"/>
        </w:rPr>
        <w:t xml:space="preserve">: 3 </w:t>
      </w:r>
      <w:proofErr w:type="spellStart"/>
      <w:r w:rsidRPr="00A53ACC">
        <w:rPr>
          <w:rFonts w:ascii="Times New Roman" w:hAnsi="Times New Roman" w:cs="Times New Roman"/>
          <w:sz w:val="24"/>
          <w:szCs w:val="24"/>
        </w:rPr>
        <w:t>kişi</w:t>
      </w:r>
      <w:proofErr w:type="spellEnd"/>
      <w:r w:rsidRPr="00A53ACC">
        <w:rPr>
          <w:rFonts w:ascii="Times New Roman" w:hAnsi="Times New Roman" w:cs="Times New Roman"/>
          <w:sz w:val="24"/>
          <w:szCs w:val="24"/>
        </w:rPr>
        <w:t xml:space="preserve"> (%6.7).</w:t>
      </w:r>
    </w:p>
    <w:p w:rsidR="00536952" w:rsidRPr="00A53ACC" w:rsidRDefault="00536952" w:rsidP="00A53ACC">
      <w:pPr>
        <w:pStyle w:val="ListeMaddemi"/>
        <w:numPr>
          <w:ilvl w:val="0"/>
          <w:numId w:val="0"/>
        </w:numPr>
        <w:jc w:val="both"/>
        <w:rPr>
          <w:rFonts w:ascii="Times New Roman" w:hAnsi="Times New Roman" w:cs="Times New Roman"/>
          <w:sz w:val="24"/>
          <w:szCs w:val="24"/>
        </w:rPr>
      </w:pPr>
    </w:p>
    <w:p w:rsidR="00536952" w:rsidRPr="00A53ACC" w:rsidRDefault="00A53ACC" w:rsidP="00A53ACC">
      <w:pPr>
        <w:pStyle w:val="ListeMaddemi"/>
        <w:numPr>
          <w:ilvl w:val="0"/>
          <w:numId w:val="0"/>
        </w:numPr>
        <w:jc w:val="both"/>
        <w:rPr>
          <w:rFonts w:ascii="Times New Roman" w:hAnsi="Times New Roman" w:cs="Times New Roman"/>
          <w:sz w:val="24"/>
          <w:szCs w:val="24"/>
        </w:rPr>
      </w:pPr>
      <w:proofErr w:type="spellStart"/>
      <w:r>
        <w:rPr>
          <w:rFonts w:ascii="Times New Roman" w:hAnsi="Times New Roman" w:cs="Times New Roman"/>
          <w:sz w:val="24"/>
          <w:szCs w:val="24"/>
        </w:rPr>
        <w:t>Bağımlılıkla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mücadele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eğitimi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etkinliği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sonunda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yapılan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etkinlik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değerlendirme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anketine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katılanların</w:t>
      </w:r>
      <w:proofErr w:type="spellEnd"/>
      <w:r w:rsidR="00536952" w:rsidRPr="00A53ACC">
        <w:rPr>
          <w:rFonts w:ascii="Times New Roman" w:hAnsi="Times New Roman" w:cs="Times New Roman"/>
          <w:sz w:val="24"/>
          <w:szCs w:val="24"/>
        </w:rPr>
        <w:t xml:space="preserve"> %88,9’u </w:t>
      </w:r>
      <w:proofErr w:type="spellStart"/>
      <w:r w:rsidR="00536952" w:rsidRPr="00A53ACC">
        <w:rPr>
          <w:rFonts w:ascii="Times New Roman" w:hAnsi="Times New Roman" w:cs="Times New Roman"/>
          <w:sz w:val="24"/>
          <w:szCs w:val="24"/>
        </w:rPr>
        <w:t>önlisans</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öğrencisidir</w:t>
      </w:r>
      <w:proofErr w:type="spellEnd"/>
      <w:r w:rsidR="00536952" w:rsidRPr="00A53ACC">
        <w:rPr>
          <w:rFonts w:ascii="Times New Roman" w:hAnsi="Times New Roman" w:cs="Times New Roman"/>
          <w:sz w:val="24"/>
          <w:szCs w:val="24"/>
        </w:rPr>
        <w:t xml:space="preserve"> (40/45)</w:t>
      </w:r>
      <w:r>
        <w:rPr>
          <w:rFonts w:ascii="Times New Roman" w:hAnsi="Times New Roman" w:cs="Times New Roman"/>
          <w:sz w:val="24"/>
          <w:szCs w:val="24"/>
        </w:rPr>
        <w:t xml:space="preserve">. </w:t>
      </w:r>
      <w:proofErr w:type="spellStart"/>
      <w:r>
        <w:rPr>
          <w:rFonts w:ascii="Times New Roman" w:hAnsi="Times New Roman" w:cs="Times New Roman"/>
          <w:sz w:val="24"/>
          <w:szCs w:val="24"/>
        </w:rPr>
        <w:t>Katılımcıların</w:t>
      </w:r>
      <w:proofErr w:type="spellEnd"/>
      <w:r w:rsidRPr="00A53ACC">
        <w:t xml:space="preserve"> </w:t>
      </w:r>
      <w:r>
        <w:rPr>
          <w:rFonts w:ascii="Times New Roman" w:hAnsi="Times New Roman" w:cs="Times New Roman"/>
          <w:sz w:val="24"/>
          <w:szCs w:val="24"/>
        </w:rPr>
        <w:t xml:space="preserve">%4.4 </w:t>
      </w:r>
      <w:proofErr w:type="spellStart"/>
      <w:r w:rsidRPr="00A53ACC">
        <w:rPr>
          <w:rFonts w:ascii="Times New Roman" w:hAnsi="Times New Roman" w:cs="Times New Roman"/>
          <w:sz w:val="24"/>
          <w:szCs w:val="24"/>
        </w:rPr>
        <w:t>Lisans</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öğrencisi</w:t>
      </w:r>
      <w:proofErr w:type="spellEnd"/>
      <w:r w:rsidRPr="00A53ACC">
        <w:rPr>
          <w:rFonts w:ascii="Times New Roman" w:hAnsi="Times New Roman" w:cs="Times New Roman"/>
          <w:sz w:val="24"/>
          <w:szCs w:val="24"/>
        </w:rPr>
        <w:t xml:space="preserve">: </w:t>
      </w:r>
      <w:r>
        <w:rPr>
          <w:rFonts w:ascii="Times New Roman" w:hAnsi="Times New Roman" w:cs="Times New Roman"/>
          <w:sz w:val="24"/>
          <w:szCs w:val="24"/>
        </w:rPr>
        <w:t>(2/45)</w:t>
      </w:r>
      <w:r w:rsidRPr="00A53ACC">
        <w:t xml:space="preserve"> </w:t>
      </w:r>
      <w:r w:rsidRPr="00A53ACC">
        <w:rPr>
          <w:rFonts w:ascii="Times New Roman" w:hAnsi="Times New Roman" w:cs="Times New Roman"/>
          <w:sz w:val="24"/>
          <w:szCs w:val="24"/>
        </w:rPr>
        <w:t>%6.7</w:t>
      </w:r>
      <w:r>
        <w:rPr>
          <w:rFonts w:ascii="Times New Roman" w:hAnsi="Times New Roman" w:cs="Times New Roman"/>
          <w:sz w:val="24"/>
          <w:szCs w:val="24"/>
        </w:rPr>
        <w:t xml:space="preserve"> </w:t>
      </w:r>
      <w:proofErr w:type="spellStart"/>
      <w:r>
        <w:rPr>
          <w:rFonts w:ascii="Times New Roman" w:hAnsi="Times New Roman" w:cs="Times New Roman"/>
          <w:sz w:val="24"/>
          <w:szCs w:val="24"/>
        </w:rPr>
        <w:t>ise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akademik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personeldir</w:t>
      </w:r>
      <w:proofErr w:type="spellEnd"/>
      <w:r>
        <w:rPr>
          <w:rFonts w:ascii="Times New Roman" w:hAnsi="Times New Roman" w:cs="Times New Roman"/>
          <w:sz w:val="24"/>
          <w:szCs w:val="24"/>
        </w:rPr>
        <w:t xml:space="preserve"> (3/45).</w:t>
      </w:r>
    </w:p>
    <w:p w:rsidR="00F84000" w:rsidRPr="00A53ACC" w:rsidRDefault="00F57DDE" w:rsidP="00A53ACC">
      <w:pPr>
        <w:pStyle w:val="Balk2"/>
        <w:jc w:val="both"/>
        <w:rPr>
          <w:rFonts w:ascii="Times New Roman" w:hAnsi="Times New Roman" w:cs="Times New Roman"/>
          <w:sz w:val="24"/>
          <w:szCs w:val="24"/>
        </w:rPr>
      </w:pPr>
      <w:bookmarkStart w:id="4" w:name="_Toc243213028"/>
      <w:r w:rsidRPr="00A53ACC">
        <w:rPr>
          <w:rFonts w:ascii="Times New Roman" w:hAnsi="Times New Roman" w:cs="Times New Roman"/>
          <w:sz w:val="24"/>
          <w:szCs w:val="24"/>
        </w:rPr>
        <w:t xml:space="preserve">3. </w:t>
      </w:r>
      <w:proofErr w:type="spellStart"/>
      <w:r w:rsidRPr="00A53ACC">
        <w:rPr>
          <w:rFonts w:ascii="Times New Roman" w:hAnsi="Times New Roman" w:cs="Times New Roman"/>
          <w:sz w:val="24"/>
          <w:szCs w:val="24"/>
        </w:rPr>
        <w:t>Nicel</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anket</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sonuçları</w:t>
      </w:r>
      <w:bookmarkEnd w:id="4"/>
      <w:proofErr w:type="spellEnd"/>
      <w:r w:rsidR="00536952" w:rsidRPr="00A53ACC">
        <w:rPr>
          <w:rFonts w:ascii="Times New Roman" w:hAnsi="Times New Roman" w:cs="Times New Roman"/>
          <w:sz w:val="24"/>
          <w:szCs w:val="24"/>
        </w:rPr>
        <w:t xml:space="preserve"> </w:t>
      </w:r>
    </w:p>
    <w:p w:rsidR="00536952" w:rsidRPr="00A53ACC" w:rsidRDefault="00536952" w:rsidP="00A53ACC">
      <w:pPr>
        <w:jc w:val="both"/>
        <w:rPr>
          <w:rFonts w:ascii="Times New Roman" w:hAnsi="Times New Roman" w:cs="Times New Roman"/>
          <w:sz w:val="24"/>
          <w:szCs w:val="24"/>
        </w:rPr>
      </w:pPr>
      <w:proofErr w:type="spellStart"/>
      <w:r w:rsidRPr="00A53ACC">
        <w:rPr>
          <w:rFonts w:ascii="Times New Roman" w:hAnsi="Times New Roman" w:cs="Times New Roman"/>
          <w:sz w:val="24"/>
          <w:szCs w:val="24"/>
        </w:rPr>
        <w:t>Anket</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formunda</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yer</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alan</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sorulara</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verilen</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yanıt</w:t>
      </w:r>
      <w:r w:rsidRPr="00A53ACC">
        <w:rPr>
          <w:rFonts w:ascii="Times New Roman" w:hAnsi="Times New Roman" w:cs="Times New Roman"/>
          <w:sz w:val="24"/>
          <w:szCs w:val="24"/>
        </w:rPr>
        <w:t>ların</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ortalam</w:t>
      </w:r>
      <w:r w:rsidR="00A53ACC" w:rsidRPr="00A53ACC">
        <w:rPr>
          <w:rFonts w:ascii="Times New Roman" w:hAnsi="Times New Roman" w:cs="Times New Roman"/>
          <w:sz w:val="24"/>
          <w:szCs w:val="24"/>
        </w:rPr>
        <w:t>a</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puanları</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Tablo</w:t>
      </w:r>
      <w:proofErr w:type="spellEnd"/>
      <w:r w:rsidR="00A53ACC" w:rsidRPr="00A53ACC">
        <w:rPr>
          <w:rFonts w:ascii="Times New Roman" w:hAnsi="Times New Roman" w:cs="Times New Roman"/>
          <w:sz w:val="24"/>
          <w:szCs w:val="24"/>
        </w:rPr>
        <w:t xml:space="preserve"> 1’de </w:t>
      </w:r>
      <w:proofErr w:type="spellStart"/>
      <w:r w:rsidR="00A53ACC" w:rsidRPr="00A53ACC">
        <w:rPr>
          <w:rFonts w:ascii="Times New Roman" w:hAnsi="Times New Roman" w:cs="Times New Roman"/>
          <w:sz w:val="24"/>
          <w:szCs w:val="24"/>
        </w:rPr>
        <w:t>yer</w:t>
      </w:r>
      <w:proofErr w:type="spellEnd"/>
      <w:r w:rsidR="00A53ACC" w:rsidRPr="00A53ACC">
        <w:rPr>
          <w:rFonts w:ascii="Times New Roman" w:hAnsi="Times New Roman" w:cs="Times New Roman"/>
          <w:sz w:val="24"/>
          <w:szCs w:val="24"/>
        </w:rPr>
        <w:t xml:space="preserve"> </w:t>
      </w:r>
      <w:proofErr w:type="spellStart"/>
      <w:r w:rsidR="00A53ACC" w:rsidRPr="00A53ACC">
        <w:rPr>
          <w:rFonts w:ascii="Times New Roman" w:hAnsi="Times New Roman" w:cs="Times New Roman"/>
          <w:sz w:val="24"/>
          <w:szCs w:val="24"/>
        </w:rPr>
        <w:t>almaktadır</w:t>
      </w:r>
      <w:proofErr w:type="spellEnd"/>
      <w:r w:rsidR="00A53ACC" w:rsidRPr="00A53ACC">
        <w:rPr>
          <w:rFonts w:ascii="Times New Roman" w:hAnsi="Times New Roman" w:cs="Times New Roman"/>
          <w:sz w:val="24"/>
          <w:szCs w:val="24"/>
        </w:rPr>
        <w:t>.</w:t>
      </w:r>
      <w:r w:rsidR="009200F4" w:rsidRPr="009200F4">
        <w:t xml:space="preserve"> </w:t>
      </w:r>
      <w:proofErr w:type="spellStart"/>
      <w:r w:rsidR="009200F4" w:rsidRPr="009200F4">
        <w:rPr>
          <w:rFonts w:ascii="Times New Roman" w:hAnsi="Times New Roman" w:cs="Times New Roman"/>
          <w:sz w:val="24"/>
          <w:szCs w:val="24"/>
        </w:rPr>
        <w:t>Aşağıdaki</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grafikler</w:t>
      </w:r>
      <w:proofErr w:type="spellEnd"/>
      <w:r w:rsidR="009200F4" w:rsidRPr="009200F4">
        <w:rPr>
          <w:rFonts w:ascii="Times New Roman" w:hAnsi="Times New Roman" w:cs="Times New Roman"/>
          <w:sz w:val="24"/>
          <w:szCs w:val="24"/>
        </w:rPr>
        <w:t xml:space="preserve"> 45 </w:t>
      </w:r>
      <w:proofErr w:type="spellStart"/>
      <w:r w:rsidR="009200F4" w:rsidRPr="009200F4">
        <w:rPr>
          <w:rFonts w:ascii="Times New Roman" w:hAnsi="Times New Roman" w:cs="Times New Roman"/>
          <w:sz w:val="24"/>
          <w:szCs w:val="24"/>
        </w:rPr>
        <w:t>anket</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kaydından</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hesaplanmıştır</w:t>
      </w:r>
      <w:proofErr w:type="spellEnd"/>
      <w:r w:rsidR="009200F4" w:rsidRPr="009200F4">
        <w:rPr>
          <w:rFonts w:ascii="Times New Roman" w:hAnsi="Times New Roman" w:cs="Times New Roman"/>
          <w:sz w:val="24"/>
          <w:szCs w:val="24"/>
        </w:rPr>
        <w:t xml:space="preserve">. Her </w:t>
      </w:r>
      <w:proofErr w:type="spellStart"/>
      <w:r w:rsidR="009200F4" w:rsidRPr="009200F4">
        <w:rPr>
          <w:rFonts w:ascii="Times New Roman" w:hAnsi="Times New Roman" w:cs="Times New Roman"/>
          <w:sz w:val="24"/>
          <w:szCs w:val="24"/>
        </w:rPr>
        <w:t>soru</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için</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boş</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yanıtlar</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ortalamaya</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dahil</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edilmemiştir</w:t>
      </w:r>
      <w:proofErr w:type="spellEnd"/>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Ölçek</w:t>
      </w:r>
      <w:proofErr w:type="spellEnd"/>
      <w:r w:rsidR="009200F4" w:rsidRPr="009200F4">
        <w:rPr>
          <w:rFonts w:ascii="Times New Roman" w:hAnsi="Times New Roman" w:cs="Times New Roman"/>
          <w:sz w:val="24"/>
          <w:szCs w:val="24"/>
        </w:rPr>
        <w:t xml:space="preserve"> 1</w:t>
      </w:r>
      <w:r w:rsidR="009200F4">
        <w:rPr>
          <w:rFonts w:ascii="Times New Roman" w:hAnsi="Times New Roman" w:cs="Times New Roman"/>
          <w:sz w:val="24"/>
          <w:szCs w:val="24"/>
        </w:rPr>
        <w:t>(</w:t>
      </w:r>
      <w:proofErr w:type="spellStart"/>
      <w:r w:rsidR="009200F4">
        <w:rPr>
          <w:rFonts w:ascii="Times New Roman" w:hAnsi="Times New Roman" w:cs="Times New Roman"/>
          <w:sz w:val="24"/>
          <w:szCs w:val="24"/>
        </w:rPr>
        <w:t>kesinlikle</w:t>
      </w:r>
      <w:proofErr w:type="spellEnd"/>
      <w:r w:rsidR="009200F4">
        <w:rPr>
          <w:rFonts w:ascii="Times New Roman" w:hAnsi="Times New Roman" w:cs="Times New Roman"/>
          <w:sz w:val="24"/>
          <w:szCs w:val="24"/>
        </w:rPr>
        <w:t xml:space="preserve"> </w:t>
      </w:r>
      <w:proofErr w:type="spellStart"/>
      <w:r w:rsidR="009200F4">
        <w:rPr>
          <w:rFonts w:ascii="Times New Roman" w:hAnsi="Times New Roman" w:cs="Times New Roman"/>
          <w:sz w:val="24"/>
          <w:szCs w:val="24"/>
        </w:rPr>
        <w:t>Katılmıyorım</w:t>
      </w:r>
      <w:proofErr w:type="spellEnd"/>
      <w:r w:rsidR="009200F4">
        <w:rPr>
          <w:rFonts w:ascii="Times New Roman" w:hAnsi="Times New Roman" w:cs="Times New Roman"/>
          <w:sz w:val="24"/>
          <w:szCs w:val="24"/>
        </w:rPr>
        <w:t>)</w:t>
      </w:r>
      <w:r w:rsidR="009200F4" w:rsidRPr="009200F4">
        <w:rPr>
          <w:rFonts w:ascii="Times New Roman" w:hAnsi="Times New Roman" w:cs="Times New Roman"/>
          <w:sz w:val="24"/>
          <w:szCs w:val="24"/>
        </w:rPr>
        <w:t>–5</w:t>
      </w:r>
      <w:r w:rsidR="009200F4">
        <w:rPr>
          <w:rFonts w:ascii="Times New Roman" w:hAnsi="Times New Roman" w:cs="Times New Roman"/>
          <w:sz w:val="24"/>
          <w:szCs w:val="24"/>
        </w:rPr>
        <w:t xml:space="preserve"> (</w:t>
      </w:r>
      <w:proofErr w:type="spellStart"/>
      <w:r w:rsidR="009200F4">
        <w:rPr>
          <w:rFonts w:ascii="Times New Roman" w:hAnsi="Times New Roman" w:cs="Times New Roman"/>
          <w:sz w:val="24"/>
          <w:szCs w:val="24"/>
        </w:rPr>
        <w:t>Kesinlikle</w:t>
      </w:r>
      <w:proofErr w:type="spellEnd"/>
      <w:r w:rsidR="009200F4">
        <w:rPr>
          <w:rFonts w:ascii="Times New Roman" w:hAnsi="Times New Roman" w:cs="Times New Roman"/>
          <w:sz w:val="24"/>
          <w:szCs w:val="24"/>
        </w:rPr>
        <w:t xml:space="preserve"> </w:t>
      </w:r>
      <w:proofErr w:type="spellStart"/>
      <w:r w:rsidR="009200F4">
        <w:rPr>
          <w:rFonts w:ascii="Times New Roman" w:hAnsi="Times New Roman" w:cs="Times New Roman"/>
          <w:sz w:val="24"/>
          <w:szCs w:val="24"/>
        </w:rPr>
        <w:t>Katılıyorum</w:t>
      </w:r>
      <w:proofErr w:type="spellEnd"/>
      <w:r w:rsidR="009200F4">
        <w:rPr>
          <w:rFonts w:ascii="Times New Roman" w:hAnsi="Times New Roman" w:cs="Times New Roman"/>
          <w:sz w:val="24"/>
          <w:szCs w:val="24"/>
        </w:rPr>
        <w:t>)</w:t>
      </w:r>
      <w:r w:rsidR="009200F4" w:rsidRPr="009200F4">
        <w:rPr>
          <w:rFonts w:ascii="Times New Roman" w:hAnsi="Times New Roman" w:cs="Times New Roman"/>
          <w:sz w:val="24"/>
          <w:szCs w:val="24"/>
        </w:rPr>
        <w:t xml:space="preserve"> </w:t>
      </w:r>
      <w:proofErr w:type="spellStart"/>
      <w:r w:rsidR="009200F4" w:rsidRPr="009200F4">
        <w:rPr>
          <w:rFonts w:ascii="Times New Roman" w:hAnsi="Times New Roman" w:cs="Times New Roman"/>
          <w:sz w:val="24"/>
          <w:szCs w:val="24"/>
        </w:rPr>
        <w:t>arasındadır</w:t>
      </w:r>
      <w:proofErr w:type="spellEnd"/>
      <w:r w:rsidR="009200F4" w:rsidRPr="009200F4">
        <w:rPr>
          <w:rFonts w:ascii="Times New Roman" w:hAnsi="Times New Roman" w:cs="Times New Roman"/>
          <w:sz w:val="24"/>
          <w:szCs w:val="24"/>
        </w:rPr>
        <w:t>.</w:t>
      </w:r>
    </w:p>
    <w:p w:rsidR="00A53ACC" w:rsidRDefault="00A53ACC" w:rsidP="00A53ACC">
      <w:pPr>
        <w:jc w:val="both"/>
        <w:rPr>
          <w:rFonts w:ascii="Times New Roman" w:hAnsi="Times New Roman" w:cs="Times New Roman"/>
          <w:sz w:val="24"/>
          <w:szCs w:val="24"/>
        </w:rPr>
      </w:pPr>
    </w:p>
    <w:p w:rsidR="007957E0" w:rsidRDefault="007957E0" w:rsidP="00A53ACC">
      <w:pPr>
        <w:jc w:val="both"/>
        <w:rPr>
          <w:rFonts w:ascii="Times New Roman" w:hAnsi="Times New Roman" w:cs="Times New Roman"/>
          <w:sz w:val="24"/>
          <w:szCs w:val="24"/>
        </w:rPr>
      </w:pPr>
    </w:p>
    <w:p w:rsidR="00536952" w:rsidRPr="009200F4" w:rsidRDefault="00A53ACC" w:rsidP="00A53ACC">
      <w:pPr>
        <w:jc w:val="both"/>
        <w:rPr>
          <w:rFonts w:ascii="Times New Roman" w:hAnsi="Times New Roman" w:cs="Times New Roman"/>
          <w:b/>
          <w:sz w:val="24"/>
          <w:szCs w:val="24"/>
        </w:rPr>
      </w:pPr>
      <w:proofErr w:type="spellStart"/>
      <w:r w:rsidRPr="009200F4">
        <w:rPr>
          <w:rFonts w:ascii="Times New Roman" w:hAnsi="Times New Roman" w:cs="Times New Roman"/>
          <w:b/>
          <w:sz w:val="24"/>
          <w:szCs w:val="24"/>
        </w:rPr>
        <w:lastRenderedPageBreak/>
        <w:t>Tablo</w:t>
      </w:r>
      <w:proofErr w:type="spellEnd"/>
      <w:r w:rsidRPr="009200F4">
        <w:rPr>
          <w:rFonts w:ascii="Times New Roman" w:hAnsi="Times New Roman" w:cs="Times New Roman"/>
          <w:b/>
          <w:sz w:val="24"/>
          <w:szCs w:val="24"/>
        </w:rPr>
        <w:t xml:space="preserve"> 1. </w:t>
      </w:r>
      <w:proofErr w:type="spellStart"/>
      <w:r w:rsidRPr="009200F4">
        <w:rPr>
          <w:rFonts w:ascii="Times New Roman" w:hAnsi="Times New Roman" w:cs="Times New Roman"/>
          <w:b/>
          <w:sz w:val="24"/>
          <w:szCs w:val="24"/>
        </w:rPr>
        <w:t>Yanıtların</w:t>
      </w:r>
      <w:proofErr w:type="spellEnd"/>
      <w:r w:rsidRPr="009200F4">
        <w:rPr>
          <w:rFonts w:ascii="Times New Roman" w:hAnsi="Times New Roman" w:cs="Times New Roman"/>
          <w:b/>
          <w:sz w:val="24"/>
          <w:szCs w:val="24"/>
        </w:rPr>
        <w:t xml:space="preserve"> </w:t>
      </w:r>
      <w:proofErr w:type="spellStart"/>
      <w:r w:rsidRPr="009200F4">
        <w:rPr>
          <w:rFonts w:ascii="Times New Roman" w:hAnsi="Times New Roman" w:cs="Times New Roman"/>
          <w:b/>
          <w:sz w:val="24"/>
          <w:szCs w:val="24"/>
        </w:rPr>
        <w:t>ortalama</w:t>
      </w:r>
      <w:proofErr w:type="spellEnd"/>
      <w:r w:rsidRPr="009200F4">
        <w:rPr>
          <w:rFonts w:ascii="Times New Roman" w:hAnsi="Times New Roman" w:cs="Times New Roman"/>
          <w:b/>
          <w:sz w:val="24"/>
          <w:szCs w:val="24"/>
        </w:rPr>
        <w:t xml:space="preserve"> </w:t>
      </w:r>
      <w:proofErr w:type="spellStart"/>
      <w:r w:rsidRPr="009200F4">
        <w:rPr>
          <w:rFonts w:ascii="Times New Roman" w:hAnsi="Times New Roman" w:cs="Times New Roman"/>
          <w:b/>
          <w:sz w:val="24"/>
          <w:szCs w:val="24"/>
        </w:rPr>
        <w:t>puanları</w:t>
      </w:r>
      <w:proofErr w:type="spellEnd"/>
    </w:p>
    <w:tbl>
      <w:tblPr>
        <w:tblStyle w:val="AkGlgeleme-Vurgu1"/>
        <w:tblW w:w="0" w:type="auto"/>
        <w:tblLook w:val="04A0" w:firstRow="1" w:lastRow="0" w:firstColumn="1" w:lastColumn="0" w:noHBand="0" w:noVBand="1"/>
      </w:tblPr>
      <w:tblGrid>
        <w:gridCol w:w="2295"/>
        <w:gridCol w:w="2119"/>
        <w:gridCol w:w="2113"/>
        <w:gridCol w:w="2113"/>
      </w:tblGrid>
      <w:tr w:rsidR="00F84000" w:rsidRPr="00A53ACC" w:rsidTr="00F840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Değerlendirme ifadesi</w:t>
            </w:r>
          </w:p>
        </w:tc>
        <w:tc>
          <w:tcPr>
            <w:tcW w:w="2160" w:type="dxa"/>
          </w:tcPr>
          <w:p w:rsidR="00F84000" w:rsidRPr="00A53ACC" w:rsidRDefault="00F57DDE" w:rsidP="00A53ACC">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Ortalama / 5</w:t>
            </w:r>
          </w:p>
        </w:tc>
        <w:tc>
          <w:tcPr>
            <w:tcW w:w="2160" w:type="dxa"/>
          </w:tcPr>
          <w:p w:rsidR="00F84000" w:rsidRPr="00A53ACC" w:rsidRDefault="00F57DDE" w:rsidP="00A53ACC">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Olumlu n</w:t>
            </w:r>
          </w:p>
        </w:tc>
        <w:tc>
          <w:tcPr>
            <w:tcW w:w="2160" w:type="dxa"/>
          </w:tcPr>
          <w:p w:rsidR="00F84000" w:rsidRPr="00A53ACC" w:rsidRDefault="00F57DDE" w:rsidP="00A53ACC">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Olumlu %</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beklentilerimi karşıladı.</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3.98</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35</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77.8</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Etkinliğin içeriği yeterli ve faydalıydı.</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4.09</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Sunumlar/konuşmacılar yeterli bilgi ve donanıma sahipti.</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4.09</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akışı düzenli ve iyi organize edilmişti.</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3.98</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36</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80.0</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süresi yeterliydi.</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4.09</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yerinin fiziksel koşulları uygundu.</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3.80</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33</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73.3</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Etkinliğin duyurusu zamanında ve yeterli şekilde yapıldı.</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süresince iletişim ve bilgilendirmeler yeterliydi.</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4.11</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akademik/kişisel gelişimime katkı sağladı.</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4.11</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Gelecekte benzer etkinliklere katılmak isterim.</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3.82</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34</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75.6</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Bu etkinlik bana yeni bilgiler/kazanımlar sağladı</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4.16</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Konu hakkındaki farkındalığım arttı.</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4.18</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sonrasında öğrendiklerimi uygulamaya yönelik motivasyonum arttı.</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4.04</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37</w:t>
            </w:r>
          </w:p>
        </w:tc>
        <w:tc>
          <w:tcPr>
            <w:tcW w:w="2160" w:type="dxa"/>
          </w:tcPr>
          <w:p w:rsidR="00F84000" w:rsidRPr="00A53ACC" w:rsidRDefault="00F57DDE" w:rsidP="00A53AC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82.2</w:t>
            </w:r>
          </w:p>
        </w:tc>
      </w:tr>
      <w:tr w:rsidR="00F84000" w:rsidRPr="00A53ACC" w:rsidTr="00F84000">
        <w:tc>
          <w:tcPr>
            <w:cnfStyle w:val="001000000000" w:firstRow="0" w:lastRow="0" w:firstColumn="1" w:lastColumn="0" w:oddVBand="0" w:evenVBand="0" w:oddHBand="0" w:evenHBand="0" w:firstRowFirstColumn="0" w:firstRowLastColumn="0" w:lastRowFirstColumn="0" w:lastRowLastColumn="0"/>
            <w:tcW w:w="2160" w:type="dxa"/>
          </w:tcPr>
          <w:p w:rsidR="00F84000" w:rsidRPr="00A53ACC" w:rsidRDefault="00F57DDE" w:rsidP="00A53ACC">
            <w:pPr>
              <w:jc w:val="both"/>
              <w:rPr>
                <w:rFonts w:ascii="Times New Roman" w:hAnsi="Times New Roman" w:cs="Times New Roman"/>
                <w:szCs w:val="20"/>
              </w:rPr>
            </w:pPr>
            <w:r w:rsidRPr="00A53ACC">
              <w:rPr>
                <w:rFonts w:ascii="Times New Roman" w:hAnsi="Times New Roman" w:cs="Times New Roman"/>
                <w:szCs w:val="20"/>
              </w:rPr>
              <w:t>Etkinlik, alanımla ilgili bakış açımı olumlu yönde etkiledi.</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4.00</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36</w:t>
            </w:r>
          </w:p>
        </w:tc>
        <w:tc>
          <w:tcPr>
            <w:tcW w:w="2160" w:type="dxa"/>
          </w:tcPr>
          <w:p w:rsidR="00F84000" w:rsidRPr="00A53ACC" w:rsidRDefault="00F57DDE" w:rsidP="00A53ACC">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A53ACC">
              <w:rPr>
                <w:rFonts w:ascii="Times New Roman" w:hAnsi="Times New Roman" w:cs="Times New Roman"/>
                <w:szCs w:val="20"/>
              </w:rPr>
              <w:t>80.0</w:t>
            </w:r>
          </w:p>
        </w:tc>
      </w:tr>
    </w:tbl>
    <w:p w:rsidR="00A53ACC" w:rsidRDefault="00A53ACC" w:rsidP="00A53ACC">
      <w:pPr>
        <w:jc w:val="both"/>
        <w:rPr>
          <w:rFonts w:ascii="Times New Roman" w:hAnsi="Times New Roman" w:cs="Times New Roman"/>
          <w:sz w:val="24"/>
          <w:szCs w:val="24"/>
        </w:rPr>
      </w:pPr>
    </w:p>
    <w:p w:rsidR="009200F4" w:rsidRPr="00A53ACC" w:rsidRDefault="00A53ACC" w:rsidP="00A53ACC">
      <w:pPr>
        <w:jc w:val="both"/>
        <w:rPr>
          <w:rFonts w:ascii="Times New Roman" w:hAnsi="Times New Roman" w:cs="Times New Roman"/>
          <w:sz w:val="24"/>
          <w:szCs w:val="24"/>
        </w:rPr>
      </w:pPr>
      <w:proofErr w:type="spellStart"/>
      <w:r>
        <w:rPr>
          <w:rFonts w:ascii="Times New Roman" w:hAnsi="Times New Roman" w:cs="Times New Roman"/>
          <w:sz w:val="24"/>
          <w:szCs w:val="24"/>
        </w:rPr>
        <w:t>Ankette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alan</w:t>
      </w:r>
      <w:proofErr w:type="spellEnd"/>
      <w:r>
        <w:rPr>
          <w:rFonts w:ascii="Times New Roman" w:hAnsi="Times New Roman" w:cs="Times New Roman"/>
          <w:sz w:val="24"/>
          <w:szCs w:val="24"/>
        </w:rPr>
        <w:t xml:space="preserve"> </w:t>
      </w:r>
      <w:r w:rsidR="00F57DDE" w:rsidRPr="00A53ACC">
        <w:rPr>
          <w:rFonts w:ascii="Times New Roman" w:hAnsi="Times New Roman" w:cs="Times New Roman"/>
          <w:sz w:val="24"/>
          <w:szCs w:val="24"/>
        </w:rPr>
        <w:t xml:space="preserve">14 </w:t>
      </w:r>
      <w:proofErr w:type="spellStart"/>
      <w:r w:rsidR="00F57DDE" w:rsidRPr="00A53ACC">
        <w:rPr>
          <w:rFonts w:ascii="Times New Roman" w:hAnsi="Times New Roman" w:cs="Times New Roman"/>
          <w:sz w:val="24"/>
          <w:szCs w:val="24"/>
        </w:rPr>
        <w:t>ifade</w:t>
      </w:r>
      <w:r>
        <w:rPr>
          <w:rFonts w:ascii="Times New Roman" w:hAnsi="Times New Roman" w:cs="Times New Roman"/>
          <w:sz w:val="24"/>
          <w:szCs w:val="24"/>
        </w:rPr>
        <w:t>nin</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genel</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puan</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ortalaması</w:t>
      </w:r>
      <w:proofErr w:type="spellEnd"/>
      <w:r w:rsidR="00F57DDE" w:rsidRPr="00A53ACC">
        <w:rPr>
          <w:rFonts w:ascii="Times New Roman" w:hAnsi="Times New Roman" w:cs="Times New Roman"/>
          <w:sz w:val="24"/>
          <w:szCs w:val="24"/>
        </w:rPr>
        <w:t xml:space="preserve">: 4.04/5; </w:t>
      </w:r>
      <w:proofErr w:type="spellStart"/>
      <w:r w:rsidR="00F57DDE" w:rsidRPr="00A53ACC">
        <w:rPr>
          <w:rFonts w:ascii="Times New Roman" w:hAnsi="Times New Roman" w:cs="Times New Roman"/>
          <w:sz w:val="24"/>
          <w:szCs w:val="24"/>
        </w:rPr>
        <w:t>olumlu</w:t>
      </w:r>
      <w:proofErr w:type="spellEnd"/>
      <w:r w:rsidR="00F57DDE" w:rsidRPr="00A53ACC">
        <w:rPr>
          <w:rFonts w:ascii="Times New Roman" w:hAnsi="Times New Roman" w:cs="Times New Roman"/>
          <w:sz w:val="24"/>
          <w:szCs w:val="24"/>
        </w:rPr>
        <w:t xml:space="preserve"> </w:t>
      </w:r>
      <w:proofErr w:type="spellStart"/>
      <w:r w:rsidR="00F57DDE" w:rsidRPr="00A53ACC">
        <w:rPr>
          <w:rFonts w:ascii="Times New Roman" w:hAnsi="Times New Roman" w:cs="Times New Roman"/>
          <w:sz w:val="24"/>
          <w:szCs w:val="24"/>
        </w:rPr>
        <w:t>yanıt</w:t>
      </w:r>
      <w:r w:rsidR="009200F4">
        <w:rPr>
          <w:rFonts w:ascii="Times New Roman" w:hAnsi="Times New Roman" w:cs="Times New Roman"/>
          <w:sz w:val="24"/>
          <w:szCs w:val="24"/>
        </w:rPr>
        <w:t>ların</w:t>
      </w:r>
      <w:proofErr w:type="spellEnd"/>
      <w:r w:rsidR="009200F4">
        <w:rPr>
          <w:rFonts w:ascii="Times New Roman" w:hAnsi="Times New Roman" w:cs="Times New Roman"/>
          <w:sz w:val="24"/>
          <w:szCs w:val="24"/>
        </w:rPr>
        <w:t xml:space="preserve"> </w:t>
      </w:r>
      <w:proofErr w:type="spellStart"/>
      <w:r w:rsidR="009200F4">
        <w:rPr>
          <w:rFonts w:ascii="Times New Roman" w:hAnsi="Times New Roman" w:cs="Times New Roman"/>
          <w:sz w:val="24"/>
          <w:szCs w:val="24"/>
        </w:rPr>
        <w:t>yüzdelik</w:t>
      </w:r>
      <w:proofErr w:type="spellEnd"/>
      <w:r w:rsidR="009200F4">
        <w:rPr>
          <w:rFonts w:ascii="Times New Roman" w:hAnsi="Times New Roman" w:cs="Times New Roman"/>
          <w:sz w:val="24"/>
          <w:szCs w:val="24"/>
        </w:rPr>
        <w:t xml:space="preserve"> </w:t>
      </w:r>
      <w:proofErr w:type="spellStart"/>
      <w:r>
        <w:rPr>
          <w:rFonts w:ascii="Times New Roman" w:hAnsi="Times New Roman" w:cs="Times New Roman"/>
          <w:sz w:val="24"/>
          <w:szCs w:val="24"/>
        </w:rPr>
        <w:t>oranı</w:t>
      </w:r>
      <w:proofErr w:type="spellEnd"/>
      <w:r>
        <w:rPr>
          <w:rFonts w:ascii="Times New Roman" w:hAnsi="Times New Roman" w:cs="Times New Roman"/>
          <w:sz w:val="24"/>
          <w:szCs w:val="24"/>
        </w:rPr>
        <w:t>: %80.</w:t>
      </w:r>
      <w:r w:rsidR="007957E0">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En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yüksek</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ortalama</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konu</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hakkındaki</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farkındalığın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artması</w:t>
      </w:r>
      <w:proofErr w:type="spellEnd"/>
      <w:r w:rsidR="00A9308E" w:rsidRPr="00A53ACC">
        <w:rPr>
          <w:rFonts w:ascii="Times New Roman" w:hAnsi="Times New Roman" w:cs="Times New Roman"/>
          <w:sz w:val="24"/>
          <w:szCs w:val="24"/>
        </w:rPr>
        <w:t xml:space="preserve"> (4,18/5) </w:t>
      </w:r>
      <w:proofErr w:type="spellStart"/>
      <w:r w:rsidR="00A9308E" w:rsidRPr="00A53ACC">
        <w:rPr>
          <w:rFonts w:ascii="Times New Roman" w:hAnsi="Times New Roman" w:cs="Times New Roman"/>
          <w:sz w:val="24"/>
          <w:szCs w:val="24"/>
        </w:rPr>
        <w:t>ve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yeni</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bilgi</w:t>
      </w:r>
      <w:proofErr w:type="spellEnd"/>
      <w:r w:rsidR="00A9308E" w:rsidRPr="00A53ACC">
        <w:rPr>
          <w:rFonts w:ascii="Times New Roman" w:hAnsi="Times New Roman" w:cs="Times New Roman"/>
          <w:sz w:val="24"/>
          <w:szCs w:val="24"/>
        </w:rPr>
        <w:t>/</w:t>
      </w:r>
      <w:proofErr w:type="spellStart"/>
      <w:r w:rsidR="00A9308E" w:rsidRPr="00A53ACC">
        <w:rPr>
          <w:rFonts w:ascii="Times New Roman" w:hAnsi="Times New Roman" w:cs="Times New Roman"/>
          <w:sz w:val="24"/>
          <w:szCs w:val="24"/>
        </w:rPr>
        <w:t>kazanım</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sağlanması</w:t>
      </w:r>
      <w:proofErr w:type="spellEnd"/>
      <w:r w:rsidR="00A9308E" w:rsidRPr="00A53ACC">
        <w:rPr>
          <w:rFonts w:ascii="Times New Roman" w:hAnsi="Times New Roman" w:cs="Times New Roman"/>
          <w:sz w:val="24"/>
          <w:szCs w:val="24"/>
        </w:rPr>
        <w:t xml:space="preserve"> (4,16/5) </w:t>
      </w:r>
      <w:proofErr w:type="spellStart"/>
      <w:r w:rsidR="00A9308E" w:rsidRPr="00A53ACC">
        <w:rPr>
          <w:rFonts w:ascii="Times New Roman" w:hAnsi="Times New Roman" w:cs="Times New Roman"/>
          <w:sz w:val="24"/>
          <w:szCs w:val="24"/>
        </w:rPr>
        <w:t>ifadelerinde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görülmüştür</w:t>
      </w:r>
      <w:proofErr w:type="spellEnd"/>
      <w:r w:rsidR="00A9308E" w:rsidRPr="00A53ACC">
        <w:rPr>
          <w:rFonts w:ascii="Times New Roman" w:hAnsi="Times New Roman" w:cs="Times New Roman"/>
          <w:sz w:val="24"/>
          <w:szCs w:val="24"/>
        </w:rPr>
        <w:t xml:space="preserve">. Bu </w:t>
      </w:r>
      <w:proofErr w:type="spellStart"/>
      <w:r w:rsidR="00A9308E" w:rsidRPr="00A53ACC">
        <w:rPr>
          <w:rFonts w:ascii="Times New Roman" w:hAnsi="Times New Roman" w:cs="Times New Roman"/>
          <w:sz w:val="24"/>
          <w:szCs w:val="24"/>
        </w:rPr>
        <w:t>sonuçlar</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katılımcıların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eğitimden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algıladıkları</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öğrenme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ve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farkındalık</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kazanımlarının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olumlu</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olduğunu</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göstermektedir</w:t>
      </w:r>
      <w:proofErr w:type="spellEnd"/>
      <w:r w:rsidR="00A9308E" w:rsidRPr="00A53ACC">
        <w:rPr>
          <w:rFonts w:ascii="Times New Roman" w:hAnsi="Times New Roman" w:cs="Times New Roman"/>
          <w:sz w:val="24"/>
          <w:szCs w:val="24"/>
        </w:rPr>
        <w:t>.</w:t>
      </w:r>
      <w:r w:rsidR="007957E0">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Gelişime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daha</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açık</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alanlar</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fiziksel</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koşulların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uygunluğu</w:t>
      </w:r>
      <w:proofErr w:type="spellEnd"/>
      <w:r w:rsidR="00A9308E" w:rsidRPr="00A53ACC">
        <w:rPr>
          <w:rFonts w:ascii="Times New Roman" w:hAnsi="Times New Roman" w:cs="Times New Roman"/>
          <w:sz w:val="24"/>
          <w:szCs w:val="24"/>
        </w:rPr>
        <w:t xml:space="preserve"> (3,80/5), </w:t>
      </w:r>
      <w:proofErr w:type="spellStart"/>
      <w:r w:rsidR="00A9308E" w:rsidRPr="00A53ACC">
        <w:rPr>
          <w:rFonts w:ascii="Times New Roman" w:hAnsi="Times New Roman" w:cs="Times New Roman"/>
          <w:sz w:val="24"/>
          <w:szCs w:val="24"/>
        </w:rPr>
        <w:t>benzer</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etkinliklere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yeniden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katılma</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isteği</w:t>
      </w:r>
      <w:proofErr w:type="spellEnd"/>
      <w:r w:rsidR="00A9308E" w:rsidRPr="00A53ACC">
        <w:rPr>
          <w:rFonts w:ascii="Times New Roman" w:hAnsi="Times New Roman" w:cs="Times New Roman"/>
          <w:sz w:val="24"/>
          <w:szCs w:val="24"/>
        </w:rPr>
        <w:t xml:space="preserve"> (3,82/5), </w:t>
      </w:r>
      <w:proofErr w:type="spellStart"/>
      <w:r w:rsidR="00A9308E" w:rsidRPr="00A53ACC">
        <w:rPr>
          <w:rFonts w:ascii="Times New Roman" w:hAnsi="Times New Roman" w:cs="Times New Roman"/>
          <w:sz w:val="24"/>
          <w:szCs w:val="24"/>
        </w:rPr>
        <w:t>beklentilerin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karşılanması</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ve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organizasyon</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akışıdır</w:t>
      </w:r>
      <w:proofErr w:type="spellEnd"/>
      <w:r w:rsidR="00A9308E" w:rsidRPr="00A53ACC">
        <w:rPr>
          <w:rFonts w:ascii="Times New Roman" w:hAnsi="Times New Roman" w:cs="Times New Roman"/>
          <w:sz w:val="24"/>
          <w:szCs w:val="24"/>
        </w:rPr>
        <w:t xml:space="preserve"> (her </w:t>
      </w:r>
      <w:proofErr w:type="spellStart"/>
      <w:r w:rsidR="00A9308E" w:rsidRPr="00A53ACC">
        <w:rPr>
          <w:rFonts w:ascii="Times New Roman" w:hAnsi="Times New Roman" w:cs="Times New Roman"/>
          <w:sz w:val="24"/>
          <w:szCs w:val="24"/>
        </w:rPr>
        <w:t>ikisi</w:t>
      </w:r>
      <w:proofErr w:type="spellEnd"/>
      <w:r w:rsidR="00A9308E" w:rsidRPr="00A53ACC">
        <w:rPr>
          <w:rFonts w:ascii="Times New Roman" w:hAnsi="Times New Roman" w:cs="Times New Roman"/>
          <w:sz w:val="24"/>
          <w:szCs w:val="24"/>
        </w:rPr>
        <w:t xml:space="preserve"> 3,98/5). Bu </w:t>
      </w:r>
      <w:proofErr w:type="spellStart"/>
      <w:r w:rsidR="00A9308E" w:rsidRPr="00A53ACC">
        <w:rPr>
          <w:rFonts w:ascii="Times New Roman" w:hAnsi="Times New Roman" w:cs="Times New Roman"/>
          <w:sz w:val="24"/>
          <w:szCs w:val="24"/>
        </w:rPr>
        <w:t>puanlar</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olumsuz</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sonuç</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anlamına</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gelmemekle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birlikte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öncelikli</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izleme</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alanlarını</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işaret</w:t>
      </w:r>
      <w:proofErr w:type="spellEnd"/>
      <w:r w:rsidR="00A9308E" w:rsidRPr="00A53ACC">
        <w:rPr>
          <w:rFonts w:ascii="Times New Roman" w:hAnsi="Times New Roman" w:cs="Times New Roman"/>
          <w:sz w:val="24"/>
          <w:szCs w:val="24"/>
        </w:rPr>
        <w:t xml:space="preserve"> </w:t>
      </w:r>
      <w:proofErr w:type="spellStart"/>
      <w:r w:rsidR="00A9308E" w:rsidRPr="00A53ACC">
        <w:rPr>
          <w:rFonts w:ascii="Times New Roman" w:hAnsi="Times New Roman" w:cs="Times New Roman"/>
          <w:sz w:val="24"/>
          <w:szCs w:val="24"/>
        </w:rPr>
        <w:t>eder</w:t>
      </w:r>
      <w:proofErr w:type="spellEnd"/>
      <w:r w:rsidR="00A9308E" w:rsidRPr="00A53ACC">
        <w:rPr>
          <w:rFonts w:ascii="Times New Roman" w:hAnsi="Times New Roman" w:cs="Times New Roman"/>
          <w:sz w:val="24"/>
          <w:szCs w:val="24"/>
        </w:rPr>
        <w:t>.</w:t>
      </w:r>
    </w:p>
    <w:p w:rsidR="00536952" w:rsidRPr="00A53ACC" w:rsidRDefault="00536952" w:rsidP="00A53ACC">
      <w:pPr>
        <w:pStyle w:val="Balk2"/>
        <w:jc w:val="both"/>
        <w:rPr>
          <w:rFonts w:ascii="Times New Roman" w:hAnsi="Times New Roman" w:cs="Times New Roman"/>
          <w:sz w:val="24"/>
          <w:szCs w:val="24"/>
        </w:rPr>
      </w:pPr>
      <w:bookmarkStart w:id="5" w:name="_Toc243213040"/>
      <w:proofErr w:type="spellStart"/>
      <w:r w:rsidRPr="009200F4">
        <w:rPr>
          <w:rFonts w:ascii="Times New Roman" w:hAnsi="Times New Roman" w:cs="Times New Roman"/>
          <w:color w:val="auto"/>
          <w:sz w:val="24"/>
          <w:szCs w:val="24"/>
        </w:rPr>
        <w:lastRenderedPageBreak/>
        <w:t>Şekil</w:t>
      </w:r>
      <w:proofErr w:type="spellEnd"/>
      <w:r w:rsidR="009200F4" w:rsidRPr="009200F4">
        <w:rPr>
          <w:rFonts w:ascii="Times New Roman" w:hAnsi="Times New Roman" w:cs="Times New Roman"/>
          <w:color w:val="auto"/>
          <w:sz w:val="24"/>
          <w:szCs w:val="24"/>
        </w:rPr>
        <w:t xml:space="preserve"> 2</w:t>
      </w:r>
      <w:r w:rsidRPr="009200F4">
        <w:rPr>
          <w:rFonts w:ascii="Times New Roman" w:hAnsi="Times New Roman" w:cs="Times New Roman"/>
          <w:color w:val="auto"/>
          <w:sz w:val="24"/>
          <w:szCs w:val="24"/>
        </w:rPr>
        <w:t xml:space="preserve">. </w:t>
      </w:r>
      <w:proofErr w:type="spellStart"/>
      <w:r w:rsidRPr="009200F4">
        <w:rPr>
          <w:rFonts w:ascii="Times New Roman" w:hAnsi="Times New Roman" w:cs="Times New Roman"/>
          <w:color w:val="auto"/>
          <w:sz w:val="24"/>
          <w:szCs w:val="24"/>
        </w:rPr>
        <w:t>Genel</w:t>
      </w:r>
      <w:proofErr w:type="spellEnd"/>
      <w:r w:rsidRPr="009200F4">
        <w:rPr>
          <w:rFonts w:ascii="Times New Roman" w:hAnsi="Times New Roman" w:cs="Times New Roman"/>
          <w:color w:val="auto"/>
          <w:sz w:val="24"/>
          <w:szCs w:val="24"/>
        </w:rPr>
        <w:t xml:space="preserve"> </w:t>
      </w:r>
      <w:proofErr w:type="spellStart"/>
      <w:r w:rsidRPr="009200F4">
        <w:rPr>
          <w:rFonts w:ascii="Times New Roman" w:hAnsi="Times New Roman" w:cs="Times New Roman"/>
          <w:color w:val="auto"/>
          <w:sz w:val="24"/>
          <w:szCs w:val="24"/>
        </w:rPr>
        <w:t>memnuniyet</w:t>
      </w:r>
      <w:proofErr w:type="spellEnd"/>
      <w:r w:rsidRPr="009200F4">
        <w:rPr>
          <w:rFonts w:ascii="Times New Roman" w:hAnsi="Times New Roman" w:cs="Times New Roman"/>
          <w:color w:val="auto"/>
          <w:sz w:val="24"/>
          <w:szCs w:val="24"/>
        </w:rPr>
        <w:t xml:space="preserve"> </w:t>
      </w:r>
      <w:proofErr w:type="spellStart"/>
      <w:r w:rsidRPr="009200F4">
        <w:rPr>
          <w:rFonts w:ascii="Times New Roman" w:hAnsi="Times New Roman" w:cs="Times New Roman"/>
          <w:color w:val="auto"/>
          <w:sz w:val="24"/>
          <w:szCs w:val="24"/>
        </w:rPr>
        <w:t>puanlarının</w:t>
      </w:r>
      <w:proofErr w:type="spellEnd"/>
      <w:r w:rsidRPr="009200F4">
        <w:rPr>
          <w:rFonts w:ascii="Times New Roman" w:hAnsi="Times New Roman" w:cs="Times New Roman"/>
          <w:color w:val="auto"/>
          <w:sz w:val="24"/>
          <w:szCs w:val="24"/>
        </w:rPr>
        <w:t xml:space="preserve"> </w:t>
      </w:r>
      <w:proofErr w:type="spellStart"/>
      <w:r w:rsidRPr="009200F4">
        <w:rPr>
          <w:rFonts w:ascii="Times New Roman" w:hAnsi="Times New Roman" w:cs="Times New Roman"/>
          <w:color w:val="auto"/>
          <w:sz w:val="24"/>
          <w:szCs w:val="24"/>
        </w:rPr>
        <w:t>dağılımı</w:t>
      </w:r>
      <w:bookmarkEnd w:id="5"/>
      <w:proofErr w:type="spellEnd"/>
    </w:p>
    <w:p w:rsidR="00536952" w:rsidRPr="00A53ACC" w:rsidRDefault="00536952" w:rsidP="00A53ACC">
      <w:pPr>
        <w:jc w:val="both"/>
        <w:rPr>
          <w:rFonts w:ascii="Times New Roman" w:hAnsi="Times New Roman" w:cs="Times New Roman"/>
          <w:sz w:val="24"/>
          <w:szCs w:val="24"/>
        </w:rPr>
      </w:pPr>
    </w:p>
    <w:p w:rsidR="00536952" w:rsidRPr="00A53ACC" w:rsidRDefault="00536952" w:rsidP="00A53ACC">
      <w:pPr>
        <w:jc w:val="both"/>
        <w:rPr>
          <w:rFonts w:ascii="Times New Roman" w:hAnsi="Times New Roman" w:cs="Times New Roman"/>
          <w:sz w:val="24"/>
          <w:szCs w:val="24"/>
        </w:rPr>
      </w:pPr>
      <w:r w:rsidRPr="00A53ACC">
        <w:rPr>
          <w:rFonts w:ascii="Times New Roman" w:hAnsi="Times New Roman" w:cs="Times New Roman"/>
          <w:noProof/>
          <w:sz w:val="24"/>
          <w:szCs w:val="24"/>
          <w:lang w:val="tr-TR" w:eastAsia="tr-TR"/>
        </w:rPr>
        <w:drawing>
          <wp:inline distT="0" distB="0" distL="0" distR="0" wp14:anchorId="41C228C5" wp14:editId="50A2DABE">
            <wp:extent cx="5428504" cy="1847850"/>
            <wp:effectExtent l="0" t="0" r="127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nuniyet_grafik.png"/>
                    <pic:cNvPicPr/>
                  </pic:nvPicPr>
                  <pic:blipFill>
                    <a:blip r:embed="rId9"/>
                    <a:stretch>
                      <a:fillRect/>
                    </a:stretch>
                  </pic:blipFill>
                  <pic:spPr>
                    <a:xfrm>
                      <a:off x="0" y="0"/>
                      <a:ext cx="5481387" cy="1865851"/>
                    </a:xfrm>
                    <a:prstGeom prst="rect">
                      <a:avLst/>
                    </a:prstGeom>
                  </pic:spPr>
                </pic:pic>
              </a:graphicData>
            </a:graphic>
          </wp:inline>
        </w:drawing>
      </w:r>
    </w:p>
    <w:p w:rsidR="00536952" w:rsidRPr="00A53ACC" w:rsidRDefault="009200F4" w:rsidP="00A53ACC">
      <w:pPr>
        <w:jc w:val="both"/>
        <w:rPr>
          <w:rFonts w:ascii="Times New Roman" w:hAnsi="Times New Roman" w:cs="Times New Roman"/>
          <w:sz w:val="24"/>
          <w:szCs w:val="24"/>
        </w:rPr>
      </w:pPr>
      <w:proofErr w:type="spellStart"/>
      <w:r w:rsidRPr="009200F4">
        <w:rPr>
          <w:rFonts w:ascii="Times New Roman" w:hAnsi="Times New Roman" w:cs="Times New Roman"/>
          <w:sz w:val="24"/>
          <w:szCs w:val="24"/>
        </w:rPr>
        <w:t>Genel</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memnuniyet</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sorusu</w:t>
      </w:r>
      <w:proofErr w:type="spellEnd"/>
      <w:r w:rsidRPr="009200F4">
        <w:rPr>
          <w:rFonts w:ascii="Times New Roman" w:hAnsi="Times New Roman" w:cs="Times New Roman"/>
          <w:sz w:val="24"/>
          <w:szCs w:val="24"/>
        </w:rPr>
        <w:t xml:space="preserve">: 42 </w:t>
      </w:r>
      <w:proofErr w:type="spellStart"/>
      <w:r w:rsidRPr="009200F4">
        <w:rPr>
          <w:rFonts w:ascii="Times New Roman" w:hAnsi="Times New Roman" w:cs="Times New Roman"/>
          <w:sz w:val="24"/>
          <w:szCs w:val="24"/>
        </w:rPr>
        <w:t>geçerli</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yanıt</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ortalama</w:t>
      </w:r>
      <w:proofErr w:type="spellEnd"/>
      <w:r w:rsidRPr="009200F4">
        <w:rPr>
          <w:rFonts w:ascii="Times New Roman" w:hAnsi="Times New Roman" w:cs="Times New Roman"/>
          <w:sz w:val="24"/>
          <w:szCs w:val="24"/>
        </w:rPr>
        <w:t xml:space="preserve"> 4.57/5. 5 </w:t>
      </w:r>
      <w:proofErr w:type="spellStart"/>
      <w:r w:rsidRPr="009200F4">
        <w:rPr>
          <w:rFonts w:ascii="Times New Roman" w:hAnsi="Times New Roman" w:cs="Times New Roman"/>
          <w:sz w:val="24"/>
          <w:szCs w:val="24"/>
        </w:rPr>
        <w:t>puan</w:t>
      </w:r>
      <w:proofErr w:type="spellEnd"/>
      <w:r w:rsidRPr="009200F4">
        <w:rPr>
          <w:rFonts w:ascii="Times New Roman" w:hAnsi="Times New Roman" w:cs="Times New Roman"/>
          <w:sz w:val="24"/>
          <w:szCs w:val="24"/>
        </w:rPr>
        <w:t xml:space="preserve">: 27 </w:t>
      </w:r>
      <w:proofErr w:type="spellStart"/>
      <w:r w:rsidRPr="009200F4">
        <w:rPr>
          <w:rFonts w:ascii="Times New Roman" w:hAnsi="Times New Roman" w:cs="Times New Roman"/>
          <w:sz w:val="24"/>
          <w:szCs w:val="24"/>
        </w:rPr>
        <w:t>kişi</w:t>
      </w:r>
      <w:proofErr w:type="spellEnd"/>
      <w:r w:rsidRPr="009200F4">
        <w:rPr>
          <w:rFonts w:ascii="Times New Roman" w:hAnsi="Times New Roman" w:cs="Times New Roman"/>
          <w:sz w:val="24"/>
          <w:szCs w:val="24"/>
        </w:rPr>
        <w:t xml:space="preserve">; 4 </w:t>
      </w:r>
      <w:proofErr w:type="spellStart"/>
      <w:r w:rsidRPr="009200F4">
        <w:rPr>
          <w:rFonts w:ascii="Times New Roman" w:hAnsi="Times New Roman" w:cs="Times New Roman"/>
          <w:sz w:val="24"/>
          <w:szCs w:val="24"/>
        </w:rPr>
        <w:t>puan</w:t>
      </w:r>
      <w:proofErr w:type="spellEnd"/>
      <w:r w:rsidRPr="009200F4">
        <w:rPr>
          <w:rFonts w:ascii="Times New Roman" w:hAnsi="Times New Roman" w:cs="Times New Roman"/>
          <w:sz w:val="24"/>
          <w:szCs w:val="24"/>
        </w:rPr>
        <w:t xml:space="preserve">: 12 </w:t>
      </w:r>
      <w:proofErr w:type="spellStart"/>
      <w:r w:rsidRPr="009200F4">
        <w:rPr>
          <w:rFonts w:ascii="Times New Roman" w:hAnsi="Times New Roman" w:cs="Times New Roman"/>
          <w:sz w:val="24"/>
          <w:szCs w:val="24"/>
        </w:rPr>
        <w:t>kişi</w:t>
      </w:r>
      <w:proofErr w:type="spellEnd"/>
      <w:r w:rsidRPr="009200F4">
        <w:rPr>
          <w:rFonts w:ascii="Times New Roman" w:hAnsi="Times New Roman" w:cs="Times New Roman"/>
          <w:sz w:val="24"/>
          <w:szCs w:val="24"/>
        </w:rPr>
        <w:t xml:space="preserve">; 3 </w:t>
      </w:r>
      <w:proofErr w:type="spellStart"/>
      <w:r w:rsidRPr="009200F4">
        <w:rPr>
          <w:rFonts w:ascii="Times New Roman" w:hAnsi="Times New Roman" w:cs="Times New Roman"/>
          <w:sz w:val="24"/>
          <w:szCs w:val="24"/>
        </w:rPr>
        <w:t>puan</w:t>
      </w:r>
      <w:proofErr w:type="spellEnd"/>
      <w:r w:rsidRPr="009200F4">
        <w:rPr>
          <w:rFonts w:ascii="Times New Roman" w:hAnsi="Times New Roman" w:cs="Times New Roman"/>
          <w:sz w:val="24"/>
          <w:szCs w:val="24"/>
        </w:rPr>
        <w:t xml:space="preserve">: 3 </w:t>
      </w:r>
      <w:proofErr w:type="spellStart"/>
      <w:r w:rsidRPr="009200F4">
        <w:rPr>
          <w:rFonts w:ascii="Times New Roman" w:hAnsi="Times New Roman" w:cs="Times New Roman"/>
          <w:sz w:val="24"/>
          <w:szCs w:val="24"/>
        </w:rPr>
        <w:t>kişi</w:t>
      </w:r>
      <w:proofErr w:type="spellEnd"/>
      <w:r w:rsidRPr="009200F4">
        <w:rPr>
          <w:rFonts w:ascii="Times New Roman" w:hAnsi="Times New Roman" w:cs="Times New Roman"/>
          <w:sz w:val="24"/>
          <w:szCs w:val="24"/>
        </w:rPr>
        <w:t xml:space="preserve">. 4–5 </w:t>
      </w:r>
      <w:proofErr w:type="spellStart"/>
      <w:r w:rsidRPr="009200F4">
        <w:rPr>
          <w:rFonts w:ascii="Times New Roman" w:hAnsi="Times New Roman" w:cs="Times New Roman"/>
          <w:sz w:val="24"/>
          <w:szCs w:val="24"/>
        </w:rPr>
        <w:t>puan</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verenler</w:t>
      </w:r>
      <w:proofErr w:type="spellEnd"/>
      <w:r w:rsidRPr="009200F4">
        <w:rPr>
          <w:rFonts w:ascii="Times New Roman" w:hAnsi="Times New Roman" w:cs="Times New Roman"/>
          <w:sz w:val="24"/>
          <w:szCs w:val="24"/>
        </w:rPr>
        <w:t xml:space="preserve">: 39 </w:t>
      </w:r>
      <w:proofErr w:type="spellStart"/>
      <w:r w:rsidRPr="009200F4">
        <w:rPr>
          <w:rFonts w:ascii="Times New Roman" w:hAnsi="Times New Roman" w:cs="Times New Roman"/>
          <w:sz w:val="24"/>
          <w:szCs w:val="24"/>
        </w:rPr>
        <w:t>kişi</w:t>
      </w:r>
      <w:proofErr w:type="spellEnd"/>
      <w:r w:rsidRPr="009200F4">
        <w:rPr>
          <w:rFonts w:ascii="Times New Roman" w:hAnsi="Times New Roman" w:cs="Times New Roman"/>
          <w:sz w:val="24"/>
          <w:szCs w:val="24"/>
        </w:rPr>
        <w:t xml:space="preserve"> (%92.9). </w:t>
      </w:r>
      <w:proofErr w:type="spellStart"/>
      <w:r w:rsidRPr="009200F4">
        <w:rPr>
          <w:rFonts w:ascii="Times New Roman" w:hAnsi="Times New Roman" w:cs="Times New Roman"/>
          <w:sz w:val="24"/>
          <w:szCs w:val="24"/>
        </w:rPr>
        <w:t>Üç</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kişi</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bu</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soruyu</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boş</w:t>
      </w:r>
      <w:proofErr w:type="spellEnd"/>
      <w:r w:rsidRPr="009200F4">
        <w:rPr>
          <w:rFonts w:ascii="Times New Roman" w:hAnsi="Times New Roman" w:cs="Times New Roman"/>
          <w:sz w:val="24"/>
          <w:szCs w:val="24"/>
        </w:rPr>
        <w:t xml:space="preserve"> </w:t>
      </w:r>
      <w:proofErr w:type="spellStart"/>
      <w:r w:rsidRPr="009200F4">
        <w:rPr>
          <w:rFonts w:ascii="Times New Roman" w:hAnsi="Times New Roman" w:cs="Times New Roman"/>
          <w:sz w:val="24"/>
          <w:szCs w:val="24"/>
        </w:rPr>
        <w:t>bırakmıştır</w:t>
      </w:r>
      <w:proofErr w:type="spellEnd"/>
      <w:r w:rsidRPr="009200F4">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Anketin</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ortalama</w:t>
      </w:r>
      <w:proofErr w:type="spellEnd"/>
      <w:r w:rsidR="007957E0">
        <w:rPr>
          <w:rFonts w:ascii="Times New Roman" w:hAnsi="Times New Roman" w:cs="Times New Roman"/>
          <w:sz w:val="24"/>
          <w:szCs w:val="24"/>
        </w:rPr>
        <w:t xml:space="preserve"> </w:t>
      </w:r>
      <w:proofErr w:type="spellStart"/>
      <w:r w:rsidR="007957E0">
        <w:rPr>
          <w:rFonts w:ascii="Times New Roman" w:hAnsi="Times New Roman" w:cs="Times New Roman"/>
          <w:sz w:val="24"/>
          <w:szCs w:val="24"/>
        </w:rPr>
        <w:t>genel</w:t>
      </w:r>
      <w:proofErr w:type="spellEnd"/>
      <w:r w:rsidR="00536952" w:rsidRPr="00A53ACC">
        <w:rPr>
          <w:rFonts w:ascii="Times New Roman" w:hAnsi="Times New Roman" w:cs="Times New Roman"/>
          <w:sz w:val="24"/>
          <w:szCs w:val="24"/>
        </w:rPr>
        <w:t xml:space="preserve"> </w:t>
      </w:r>
      <w:proofErr w:type="spellStart"/>
      <w:r w:rsidR="00536952" w:rsidRPr="00A53ACC">
        <w:rPr>
          <w:rFonts w:ascii="Times New Roman" w:hAnsi="Times New Roman" w:cs="Times New Roman"/>
          <w:sz w:val="24"/>
          <w:szCs w:val="24"/>
        </w:rPr>
        <w:t>memnuniyet</w:t>
      </w:r>
      <w:proofErr w:type="spellEnd"/>
      <w:r w:rsidR="00536952" w:rsidRPr="00A53ACC">
        <w:rPr>
          <w:rFonts w:ascii="Times New Roman" w:hAnsi="Times New Roman" w:cs="Times New Roman"/>
          <w:sz w:val="24"/>
          <w:szCs w:val="24"/>
        </w:rPr>
        <w:t xml:space="preserve"> </w:t>
      </w:r>
      <w:proofErr w:type="spellStart"/>
      <w:r>
        <w:rPr>
          <w:rFonts w:ascii="Times New Roman" w:hAnsi="Times New Roman" w:cs="Times New Roman"/>
          <w:sz w:val="24"/>
          <w:szCs w:val="24"/>
        </w:rPr>
        <w:t>puanı</w:t>
      </w:r>
      <w:proofErr w:type="spellEnd"/>
      <w:r>
        <w:rPr>
          <w:rFonts w:ascii="Times New Roman" w:hAnsi="Times New Roman" w:cs="Times New Roman"/>
          <w:sz w:val="24"/>
          <w:szCs w:val="24"/>
        </w:rPr>
        <w:t xml:space="preserve"> </w:t>
      </w:r>
      <w:r w:rsidR="00536952" w:rsidRPr="00A53ACC">
        <w:rPr>
          <w:rFonts w:ascii="Times New Roman" w:hAnsi="Times New Roman" w:cs="Times New Roman"/>
          <w:sz w:val="24"/>
          <w:szCs w:val="24"/>
        </w:rPr>
        <w:t>4,57/5’tir.</w:t>
      </w:r>
      <w:r w:rsidR="006B76F7">
        <w:rPr>
          <w:rFonts w:ascii="Times New Roman" w:hAnsi="Times New Roman" w:cs="Times New Roman"/>
          <w:sz w:val="24"/>
          <w:szCs w:val="24"/>
        </w:rPr>
        <w:t xml:space="preserve"> </w:t>
      </w:r>
      <w:r>
        <w:rPr>
          <w:rFonts w:ascii="Times New Roman" w:hAnsi="Times New Roman" w:cs="Times New Roman"/>
          <w:sz w:val="24"/>
          <w:szCs w:val="24"/>
        </w:rPr>
        <w:t xml:space="preserve">Bu </w:t>
      </w:r>
      <w:proofErr w:type="spellStart"/>
      <w:r>
        <w:rPr>
          <w:rFonts w:ascii="Times New Roman" w:hAnsi="Times New Roman" w:cs="Times New Roman"/>
          <w:sz w:val="24"/>
          <w:szCs w:val="24"/>
        </w:rPr>
        <w:t>rakam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etkinliğin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oldukça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verimli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olduğunu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öğrencilerin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etkinlikle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ilgili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memnuniyetlerin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yüksek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olduğunu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göstermektedir</w:t>
      </w:r>
      <w:proofErr w:type="spellEnd"/>
      <w:r>
        <w:rPr>
          <w:rFonts w:ascii="Times New Roman" w:hAnsi="Times New Roman" w:cs="Times New Roman"/>
          <w:sz w:val="24"/>
          <w:szCs w:val="24"/>
        </w:rPr>
        <w:t>.</w:t>
      </w:r>
    </w:p>
    <w:p w:rsidR="00F84000" w:rsidRPr="00A53ACC" w:rsidRDefault="00A9308E" w:rsidP="00A53ACC">
      <w:pPr>
        <w:pStyle w:val="Balk2"/>
        <w:jc w:val="both"/>
        <w:rPr>
          <w:rFonts w:ascii="Times New Roman" w:hAnsi="Times New Roman" w:cs="Times New Roman"/>
          <w:sz w:val="24"/>
          <w:szCs w:val="24"/>
        </w:rPr>
      </w:pPr>
      <w:bookmarkStart w:id="6" w:name="_Toc243213030"/>
      <w:r>
        <w:rPr>
          <w:rFonts w:ascii="Times New Roman" w:hAnsi="Times New Roman" w:cs="Times New Roman"/>
          <w:sz w:val="24"/>
          <w:szCs w:val="24"/>
        </w:rPr>
        <w:t>4</w:t>
      </w:r>
      <w:r w:rsidR="00F57DDE" w:rsidRPr="00A53ACC">
        <w:rPr>
          <w:rFonts w:ascii="Times New Roman" w:hAnsi="Times New Roman" w:cs="Times New Roman"/>
          <w:sz w:val="24"/>
          <w:szCs w:val="24"/>
        </w:rPr>
        <w:t>. Açık uçlu görüşlerin tematik analizi</w:t>
      </w:r>
      <w:bookmarkEnd w:id="6"/>
    </w:p>
    <w:p w:rsidR="006B76F7" w:rsidRDefault="00F57DDE" w:rsidP="006B76F7">
      <w:pPr>
        <w:jc w:val="both"/>
        <w:rPr>
          <w:rFonts w:ascii="Times New Roman" w:hAnsi="Times New Roman" w:cs="Times New Roman"/>
          <w:sz w:val="24"/>
          <w:szCs w:val="24"/>
        </w:rPr>
      </w:pPr>
      <w:r w:rsidRPr="00A53ACC">
        <w:rPr>
          <w:rFonts w:ascii="Times New Roman" w:hAnsi="Times New Roman" w:cs="Times New Roman"/>
          <w:sz w:val="24"/>
          <w:szCs w:val="24"/>
        </w:rPr>
        <w:t xml:space="preserve">En beğenilen yönler sorusuna 33 kişi yanıt vermiştir. Yanıtlarda özellikle konuşmacının açık, sade ve akıcı anlatımı, bilgilerin faydalı bulunması, sigaranın zararları ve bırakma sürecine ilişkin açıklamalar öne çıkmaktadır. Bir katılımcı “Sigarayı bırakmam” ifadesini kullanmıştır; bu, doğrulanmış davranış </w:t>
      </w:r>
      <w:proofErr w:type="spellStart"/>
      <w:r w:rsidRPr="00A53ACC">
        <w:rPr>
          <w:rFonts w:ascii="Times New Roman" w:hAnsi="Times New Roman" w:cs="Times New Roman"/>
          <w:sz w:val="24"/>
          <w:szCs w:val="24"/>
        </w:rPr>
        <w:t>değişikliği</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olarak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değil</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bireysel</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beyan</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olarak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değerlendirilmelidir</w:t>
      </w:r>
      <w:proofErr w:type="spellEnd"/>
      <w:r w:rsidRPr="00A53ACC">
        <w:rPr>
          <w:rFonts w:ascii="Times New Roman" w:hAnsi="Times New Roman" w:cs="Times New Roman"/>
          <w:sz w:val="24"/>
          <w:szCs w:val="24"/>
        </w:rPr>
        <w:t>.</w:t>
      </w:r>
      <w:r w:rsidR="007957E0">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Geliştirme</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önerileri</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sorusuna</w:t>
      </w:r>
      <w:proofErr w:type="spellEnd"/>
      <w:r w:rsidRPr="00A53ACC">
        <w:rPr>
          <w:rFonts w:ascii="Times New Roman" w:hAnsi="Times New Roman" w:cs="Times New Roman"/>
          <w:sz w:val="24"/>
          <w:szCs w:val="24"/>
        </w:rPr>
        <w:t xml:space="preserve"> 26 yanıt verilmiştir; çoğunluk geliştirme ihtiyacı belirtmemiştir. Somut öneriler arasında daha fazla görsel materyal, daha kapsamlı bilgilendirme, kitap/kaynak desteği ve </w:t>
      </w:r>
      <w:proofErr w:type="spellStart"/>
      <w:r w:rsidRPr="00A53ACC">
        <w:rPr>
          <w:rFonts w:ascii="Times New Roman" w:hAnsi="Times New Roman" w:cs="Times New Roman"/>
          <w:sz w:val="24"/>
          <w:szCs w:val="24"/>
        </w:rPr>
        <w:t>çocukları</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sigaradan</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uzak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tutmaya</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yönelik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yöntemler</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bulunmaktadır</w:t>
      </w:r>
      <w:proofErr w:type="spellEnd"/>
      <w:r w:rsidRPr="00A53ACC">
        <w:rPr>
          <w:rFonts w:ascii="Times New Roman" w:hAnsi="Times New Roman" w:cs="Times New Roman"/>
          <w:sz w:val="24"/>
          <w:szCs w:val="24"/>
        </w:rPr>
        <w:t>.</w:t>
      </w:r>
      <w:r w:rsidR="007957E0">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Gelecek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etkinlik</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önerilerinde</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spor</w:t>
      </w:r>
      <w:proofErr w:type="spellEnd"/>
      <w:r w:rsidRPr="00A53ACC">
        <w:rPr>
          <w:rFonts w:ascii="Times New Roman" w:hAnsi="Times New Roman" w:cs="Times New Roman"/>
          <w:sz w:val="24"/>
          <w:szCs w:val="24"/>
        </w:rPr>
        <w:t xml:space="preserve">, turnuva, gezi, sosyal etkinlikler, zararlı alışkanlıklarla mücadele ve farkındalık eğitimleri yer almaktadır. Ek görüş sorusuna verilen 17 yanıtın büyük kısmı “yok/hayır” niteliğindedir. </w:t>
      </w:r>
      <w:bookmarkStart w:id="7" w:name="_Toc243213036"/>
    </w:p>
    <w:p w:rsidR="0000204D" w:rsidRPr="006B76F7" w:rsidRDefault="006B76F7" w:rsidP="006B76F7">
      <w:pPr>
        <w:jc w:val="both"/>
        <w:rPr>
          <w:rFonts w:ascii="Times New Roman" w:hAnsi="Times New Roman" w:cs="Times New Roman"/>
          <w:b/>
          <w:color w:val="1F497D" w:themeColor="text2"/>
          <w:sz w:val="24"/>
          <w:szCs w:val="24"/>
        </w:rPr>
      </w:pPr>
      <w:r w:rsidRPr="006B76F7">
        <w:rPr>
          <w:rFonts w:ascii="Times New Roman" w:hAnsi="Times New Roman" w:cs="Times New Roman"/>
          <w:b/>
          <w:color w:val="1F497D" w:themeColor="text2"/>
          <w:sz w:val="24"/>
          <w:szCs w:val="24"/>
        </w:rPr>
        <w:t>5</w:t>
      </w:r>
      <w:r w:rsidR="0000204D" w:rsidRPr="006B76F7">
        <w:rPr>
          <w:rFonts w:ascii="Times New Roman" w:hAnsi="Times New Roman" w:cs="Times New Roman"/>
          <w:b/>
          <w:color w:val="1F497D" w:themeColor="text2"/>
          <w:sz w:val="24"/>
          <w:szCs w:val="24"/>
        </w:rPr>
        <w:t xml:space="preserve">. </w:t>
      </w:r>
      <w:proofErr w:type="spellStart"/>
      <w:r w:rsidR="0000204D" w:rsidRPr="006B76F7">
        <w:rPr>
          <w:rFonts w:ascii="Times New Roman" w:hAnsi="Times New Roman" w:cs="Times New Roman"/>
          <w:b/>
          <w:color w:val="1F497D" w:themeColor="text2"/>
          <w:sz w:val="24"/>
          <w:szCs w:val="24"/>
        </w:rPr>
        <w:t>Sonuç</w:t>
      </w:r>
      <w:proofErr w:type="spellEnd"/>
      <w:r w:rsidR="0000204D" w:rsidRPr="006B76F7">
        <w:rPr>
          <w:rFonts w:ascii="Times New Roman" w:hAnsi="Times New Roman" w:cs="Times New Roman"/>
          <w:b/>
          <w:color w:val="1F497D" w:themeColor="text2"/>
          <w:sz w:val="24"/>
          <w:szCs w:val="24"/>
        </w:rPr>
        <w:t xml:space="preserve"> </w:t>
      </w:r>
      <w:proofErr w:type="spellStart"/>
      <w:r w:rsidR="0000204D" w:rsidRPr="006B76F7">
        <w:rPr>
          <w:rFonts w:ascii="Times New Roman" w:hAnsi="Times New Roman" w:cs="Times New Roman"/>
          <w:b/>
          <w:color w:val="1F497D" w:themeColor="text2"/>
          <w:sz w:val="24"/>
          <w:szCs w:val="24"/>
        </w:rPr>
        <w:t>ve</w:t>
      </w:r>
      <w:proofErr w:type="spellEnd"/>
      <w:r w:rsidR="0000204D" w:rsidRPr="006B76F7">
        <w:rPr>
          <w:rFonts w:ascii="Times New Roman" w:hAnsi="Times New Roman" w:cs="Times New Roman"/>
          <w:b/>
          <w:color w:val="1F497D" w:themeColor="text2"/>
          <w:sz w:val="24"/>
          <w:szCs w:val="24"/>
        </w:rPr>
        <w:t xml:space="preserve"> </w:t>
      </w:r>
      <w:bookmarkEnd w:id="7"/>
      <w:proofErr w:type="spellStart"/>
      <w:r w:rsidRPr="006B76F7">
        <w:rPr>
          <w:rFonts w:ascii="Times New Roman" w:hAnsi="Times New Roman" w:cs="Times New Roman"/>
          <w:b/>
          <w:color w:val="1F497D" w:themeColor="text2"/>
          <w:sz w:val="24"/>
          <w:szCs w:val="24"/>
        </w:rPr>
        <w:t>öneriler</w:t>
      </w:r>
      <w:proofErr w:type="spellEnd"/>
    </w:p>
    <w:p w:rsidR="0000204D" w:rsidRPr="00A53ACC" w:rsidRDefault="007957E0" w:rsidP="00A53ACC">
      <w:pPr>
        <w:jc w:val="both"/>
        <w:rPr>
          <w:rFonts w:ascii="Times New Roman" w:hAnsi="Times New Roman" w:cs="Times New Roman"/>
          <w:sz w:val="24"/>
          <w:szCs w:val="24"/>
        </w:rPr>
      </w:pPr>
      <w:proofErr w:type="spellStart"/>
      <w:r>
        <w:rPr>
          <w:rFonts w:ascii="Times New Roman" w:hAnsi="Times New Roman" w:cs="Times New Roman"/>
          <w:sz w:val="24"/>
          <w:szCs w:val="24"/>
        </w:rPr>
        <w:t>Ankette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alan</w:t>
      </w:r>
      <w:proofErr w:type="spellEnd"/>
      <w:r>
        <w:rPr>
          <w:rFonts w:ascii="Times New Roman" w:hAnsi="Times New Roman" w:cs="Times New Roman"/>
          <w:sz w:val="24"/>
          <w:szCs w:val="24"/>
        </w:rPr>
        <w:t xml:space="preserve"> </w:t>
      </w:r>
      <w:r w:rsidRPr="00A53ACC">
        <w:rPr>
          <w:rFonts w:ascii="Times New Roman" w:hAnsi="Times New Roman" w:cs="Times New Roman"/>
          <w:sz w:val="24"/>
          <w:szCs w:val="24"/>
        </w:rPr>
        <w:t xml:space="preserve">14 </w:t>
      </w:r>
      <w:proofErr w:type="spellStart"/>
      <w:r w:rsidRPr="00A53ACC">
        <w:rPr>
          <w:rFonts w:ascii="Times New Roman" w:hAnsi="Times New Roman" w:cs="Times New Roman"/>
          <w:sz w:val="24"/>
          <w:szCs w:val="24"/>
        </w:rPr>
        <w:t>ifade</w:t>
      </w:r>
      <w:r>
        <w:rPr>
          <w:rFonts w:ascii="Times New Roman" w:hAnsi="Times New Roman" w:cs="Times New Roman"/>
          <w:sz w:val="24"/>
          <w:szCs w:val="24"/>
        </w:rPr>
        <w:t>nin</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genel</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puan</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ortalaması</w:t>
      </w:r>
      <w:proofErr w:type="spellEnd"/>
      <w:r w:rsidRPr="00A53ACC">
        <w:rPr>
          <w:rFonts w:ascii="Times New Roman" w:hAnsi="Times New Roman" w:cs="Times New Roman"/>
          <w:sz w:val="24"/>
          <w:szCs w:val="24"/>
        </w:rPr>
        <w:t xml:space="preserve">: 4.04/5; </w:t>
      </w:r>
      <w:proofErr w:type="spellStart"/>
      <w:r w:rsidRPr="00A53ACC">
        <w:rPr>
          <w:rFonts w:ascii="Times New Roman" w:hAnsi="Times New Roman" w:cs="Times New Roman"/>
          <w:sz w:val="24"/>
          <w:szCs w:val="24"/>
        </w:rPr>
        <w:t>olumlu</w:t>
      </w:r>
      <w:proofErr w:type="spellEnd"/>
      <w:r w:rsidRPr="00A53ACC">
        <w:rPr>
          <w:rFonts w:ascii="Times New Roman" w:hAnsi="Times New Roman" w:cs="Times New Roman"/>
          <w:sz w:val="24"/>
          <w:szCs w:val="24"/>
        </w:rPr>
        <w:t xml:space="preserve"> </w:t>
      </w:r>
      <w:proofErr w:type="spellStart"/>
      <w:r w:rsidRPr="00A53ACC">
        <w:rPr>
          <w:rFonts w:ascii="Times New Roman" w:hAnsi="Times New Roman" w:cs="Times New Roman"/>
          <w:sz w:val="24"/>
          <w:szCs w:val="24"/>
        </w:rPr>
        <w:t>yanıt</w:t>
      </w:r>
      <w:r>
        <w:rPr>
          <w:rFonts w:ascii="Times New Roman" w:hAnsi="Times New Roman" w:cs="Times New Roman"/>
          <w:sz w:val="24"/>
          <w:szCs w:val="24"/>
        </w:rPr>
        <w:t>ların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yüzdelik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oranı</w:t>
      </w:r>
      <w:proofErr w:type="spellEnd"/>
      <w:r>
        <w:rPr>
          <w:rFonts w:ascii="Times New Roman" w:hAnsi="Times New Roman" w:cs="Times New Roman"/>
          <w:sz w:val="24"/>
          <w:szCs w:val="24"/>
        </w:rPr>
        <w:t>: %80.</w:t>
      </w:r>
      <w:r w:rsidRPr="007957E0">
        <w:t xml:space="preserve"> </w:t>
      </w:r>
      <w:proofErr w:type="spellStart"/>
      <w:r w:rsidRPr="007957E0">
        <w:rPr>
          <w:rFonts w:ascii="Times New Roman" w:hAnsi="Times New Roman" w:cs="Times New Roman"/>
          <w:sz w:val="24"/>
          <w:szCs w:val="24"/>
        </w:rPr>
        <w:t>Anketin</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ortalama</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genel</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memnuniyet</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puanı</w:t>
      </w:r>
      <w:proofErr w:type="spellEnd"/>
      <w:r w:rsidRPr="007957E0">
        <w:rPr>
          <w:rFonts w:ascii="Times New Roman" w:hAnsi="Times New Roman" w:cs="Times New Roman"/>
          <w:sz w:val="24"/>
          <w:szCs w:val="24"/>
        </w:rPr>
        <w:t xml:space="preserve"> 4,57/5’tir. Bu </w:t>
      </w:r>
      <w:proofErr w:type="spellStart"/>
      <w:r w:rsidRPr="007957E0">
        <w:rPr>
          <w:rFonts w:ascii="Times New Roman" w:hAnsi="Times New Roman" w:cs="Times New Roman"/>
          <w:sz w:val="24"/>
          <w:szCs w:val="24"/>
        </w:rPr>
        <w:t>rakam</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etkinliğin</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oldukça</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verimli</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olduğunu</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ve</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öğrencilerin</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etkinlikle</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ilgili</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memnuniyetlerin</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yüksek</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olduğunu</w:t>
      </w:r>
      <w:proofErr w:type="spellEnd"/>
      <w:r w:rsidRPr="007957E0">
        <w:rPr>
          <w:rFonts w:ascii="Times New Roman" w:hAnsi="Times New Roman" w:cs="Times New Roman"/>
          <w:sz w:val="24"/>
          <w:szCs w:val="24"/>
        </w:rPr>
        <w:t xml:space="preserve"> </w:t>
      </w:r>
      <w:proofErr w:type="spellStart"/>
      <w:r w:rsidRPr="007957E0">
        <w:rPr>
          <w:rFonts w:ascii="Times New Roman" w:hAnsi="Times New Roman" w:cs="Times New Roman"/>
          <w:sz w:val="24"/>
          <w:szCs w:val="24"/>
        </w:rPr>
        <w:t>göstermektedir</w:t>
      </w:r>
      <w:proofErr w:type="spellEnd"/>
      <w:r w:rsidRPr="007957E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Anket</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katılımcıların</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eğitimden</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genel</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olarak</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memnun</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kaldıklarını</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ve</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farkındalık</w:t>
      </w:r>
      <w:proofErr w:type="spellEnd"/>
      <w:r w:rsidR="0000204D" w:rsidRPr="00A53ACC">
        <w:rPr>
          <w:rFonts w:ascii="Times New Roman" w:hAnsi="Times New Roman" w:cs="Times New Roman"/>
          <w:sz w:val="24"/>
          <w:szCs w:val="24"/>
        </w:rPr>
        <w:t>/</w:t>
      </w:r>
      <w:proofErr w:type="spellStart"/>
      <w:r w:rsidR="0000204D" w:rsidRPr="00A53ACC">
        <w:rPr>
          <w:rFonts w:ascii="Times New Roman" w:hAnsi="Times New Roman" w:cs="Times New Roman"/>
          <w:sz w:val="24"/>
          <w:szCs w:val="24"/>
        </w:rPr>
        <w:t>bilgi</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kazanımını</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olumlu</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değerlendirdiklerini</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göstermektedir</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İyileştirme</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öncelikleri</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fiziksel</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ortam</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etkileşimli</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içerik</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ve</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ölçme-değerlendirme</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tasarımında</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toplanmaktadır</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Önerilerin</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uygulanıp</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uygulanmadığı</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bir</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sonraki</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etkinlikte</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karşılaştırmalı</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olarak</w:t>
      </w:r>
      <w:proofErr w:type="spellEnd"/>
      <w:r w:rsidR="0000204D" w:rsidRPr="00A53ACC">
        <w:rPr>
          <w:rFonts w:ascii="Times New Roman" w:hAnsi="Times New Roman" w:cs="Times New Roman"/>
          <w:sz w:val="24"/>
          <w:szCs w:val="24"/>
        </w:rPr>
        <w:t xml:space="preserve"> </w:t>
      </w:r>
      <w:proofErr w:type="spellStart"/>
      <w:r w:rsidR="0000204D" w:rsidRPr="00A53ACC">
        <w:rPr>
          <w:rFonts w:ascii="Times New Roman" w:hAnsi="Times New Roman" w:cs="Times New Roman"/>
          <w:sz w:val="24"/>
          <w:szCs w:val="24"/>
        </w:rPr>
        <w:t>izlenmelidir</w:t>
      </w:r>
      <w:proofErr w:type="spellEnd"/>
      <w:r w:rsidR="0000204D" w:rsidRPr="00A53ACC">
        <w:rPr>
          <w:rFonts w:ascii="Times New Roman" w:hAnsi="Times New Roman" w:cs="Times New Roman"/>
          <w:sz w:val="24"/>
          <w:szCs w:val="24"/>
        </w:rPr>
        <w:t>.</w:t>
      </w:r>
      <w:r w:rsidR="006B76F7" w:rsidRPr="006B76F7">
        <w:t xml:space="preserve"> </w:t>
      </w:r>
      <w:proofErr w:type="spellStart"/>
      <w:r w:rsidR="006B76F7" w:rsidRPr="006B76F7">
        <w:rPr>
          <w:rFonts w:ascii="Times New Roman" w:hAnsi="Times New Roman" w:cs="Times New Roman"/>
          <w:sz w:val="24"/>
          <w:szCs w:val="24"/>
        </w:rPr>
        <w:t>Görsel</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ve</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uygulamalı</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örnekleri</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artırmak</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eğitim</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materyali</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sunmak</w:t>
      </w:r>
      <w:proofErr w:type="spellEnd"/>
      <w:r w:rsidR="006B76F7" w:rsidRPr="006B76F7">
        <w:rPr>
          <w:rFonts w:ascii="Times New Roman" w:hAnsi="Times New Roman" w:cs="Times New Roman"/>
          <w:sz w:val="24"/>
          <w:szCs w:val="24"/>
        </w:rPr>
        <w:t xml:space="preserve">, salon </w:t>
      </w:r>
      <w:proofErr w:type="spellStart"/>
      <w:r w:rsidR="006B76F7" w:rsidRPr="006B76F7">
        <w:rPr>
          <w:rFonts w:ascii="Times New Roman" w:hAnsi="Times New Roman" w:cs="Times New Roman"/>
          <w:sz w:val="24"/>
          <w:szCs w:val="24"/>
        </w:rPr>
        <w:t>koşullarını</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önceden</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kontrol</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etmek</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sonraki</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etkinlikte</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ön</w:t>
      </w:r>
      <w:proofErr w:type="spellEnd"/>
      <w:r w:rsidR="006B76F7" w:rsidRPr="006B76F7">
        <w:rPr>
          <w:rFonts w:ascii="Times New Roman" w:hAnsi="Times New Roman" w:cs="Times New Roman"/>
          <w:sz w:val="24"/>
          <w:szCs w:val="24"/>
        </w:rPr>
        <w:t xml:space="preserve"> test–son test </w:t>
      </w:r>
      <w:proofErr w:type="spellStart"/>
      <w:r w:rsidR="006B76F7" w:rsidRPr="006B76F7">
        <w:rPr>
          <w:rFonts w:ascii="Times New Roman" w:hAnsi="Times New Roman" w:cs="Times New Roman"/>
          <w:sz w:val="24"/>
          <w:szCs w:val="24"/>
        </w:rPr>
        <w:t>uygulamak</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ve</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tekrar</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katılım</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isteğini</w:t>
      </w:r>
      <w:proofErr w:type="spellEnd"/>
      <w:r w:rsidR="006B76F7" w:rsidRPr="006B76F7">
        <w:rPr>
          <w:rFonts w:ascii="Times New Roman" w:hAnsi="Times New Roman" w:cs="Times New Roman"/>
          <w:sz w:val="24"/>
          <w:szCs w:val="24"/>
        </w:rPr>
        <w:t xml:space="preserve"> </w:t>
      </w:r>
      <w:proofErr w:type="spellStart"/>
      <w:r w:rsidR="006B76F7" w:rsidRPr="006B76F7">
        <w:rPr>
          <w:rFonts w:ascii="Times New Roman" w:hAnsi="Times New Roman" w:cs="Times New Roman"/>
          <w:sz w:val="24"/>
          <w:szCs w:val="24"/>
        </w:rPr>
        <w:t>izlemek</w:t>
      </w:r>
      <w:proofErr w:type="spellEnd"/>
      <w:r w:rsidR="006B76F7" w:rsidRPr="006B76F7">
        <w:rPr>
          <w:rFonts w:ascii="Times New Roman" w:hAnsi="Times New Roman" w:cs="Times New Roman"/>
          <w:sz w:val="24"/>
          <w:szCs w:val="24"/>
        </w:rPr>
        <w:t>.</w:t>
      </w:r>
    </w:p>
    <w:sectPr w:rsidR="0000204D" w:rsidRPr="00A53ACC" w:rsidSect="00034616">
      <w:headerReference w:type="default" r:id="rId10"/>
      <w:pgSz w:w="12240" w:h="15840"/>
      <w:pgMar w:top="1134" w:right="1800" w:bottom="1134"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FAA" w:rsidRDefault="001D3FAA">
      <w:pPr>
        <w:spacing w:after="0" w:line="240" w:lineRule="auto"/>
      </w:pPr>
      <w:r>
        <w:separator/>
      </w:r>
    </w:p>
  </w:endnote>
  <w:endnote w:type="continuationSeparator" w:id="0">
    <w:p w:rsidR="001D3FAA" w:rsidRDefault="001D3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FAA" w:rsidRDefault="001D3FAA">
      <w:pPr>
        <w:spacing w:after="0" w:line="240" w:lineRule="auto"/>
      </w:pPr>
      <w:r>
        <w:separator/>
      </w:r>
    </w:p>
  </w:footnote>
  <w:footnote w:type="continuationSeparator" w:id="0">
    <w:p w:rsidR="001D3FAA" w:rsidRDefault="001D3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000" w:rsidRDefault="00F57DDE">
    <w:pPr>
      <w:pStyle w:val="stBilgi"/>
    </w:pPr>
    <w:r>
      <w:t xml:space="preserve">SİİRT </w:t>
    </w:r>
    <w:proofErr w:type="gramStart"/>
    <w:r>
      <w:t>ÜNİVERSİTESİ  |</w:t>
    </w:r>
    <w:proofErr w:type="gramEnd"/>
    <w:r>
      <w:t xml:space="preserve">  KALİTE GÜVENCE SİSTEMİ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04D"/>
    <w:rsid w:val="00034616"/>
    <w:rsid w:val="000538E9"/>
    <w:rsid w:val="0006063C"/>
    <w:rsid w:val="000E1339"/>
    <w:rsid w:val="0015074B"/>
    <w:rsid w:val="001D3FAA"/>
    <w:rsid w:val="00230705"/>
    <w:rsid w:val="0029639D"/>
    <w:rsid w:val="00326F90"/>
    <w:rsid w:val="00536952"/>
    <w:rsid w:val="00604209"/>
    <w:rsid w:val="006B76F7"/>
    <w:rsid w:val="007957E0"/>
    <w:rsid w:val="009200F4"/>
    <w:rsid w:val="00A53ACC"/>
    <w:rsid w:val="00A9308E"/>
    <w:rsid w:val="00AA1D8D"/>
    <w:rsid w:val="00B47730"/>
    <w:rsid w:val="00BA6610"/>
    <w:rsid w:val="00CB0664"/>
    <w:rsid w:val="00F57DDE"/>
    <w:rsid w:val="00F8400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725FB9"/>
  <w14:defaultImageDpi w14:val="300"/>
  <w15:docId w15:val="{0737B390-F962-4DBF-ABB1-541A5C260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hAnsi="Calibri"/>
      <w:sz w:val="2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1">
    <w:name w:val="toc 1"/>
    <w:basedOn w:val="Normal"/>
    <w:next w:val="Normal"/>
    <w:autoRedefine/>
    <w:uiPriority w:val="39"/>
    <w:unhideWhenUsed/>
    <w:rsid w:val="000E1339"/>
    <w:pPr>
      <w:spacing w:after="100"/>
    </w:pPr>
  </w:style>
  <w:style w:type="paragraph" w:styleId="T2">
    <w:name w:val="toc 2"/>
    <w:basedOn w:val="Normal"/>
    <w:next w:val="Normal"/>
    <w:autoRedefine/>
    <w:uiPriority w:val="39"/>
    <w:unhideWhenUsed/>
    <w:rsid w:val="000E1339"/>
    <w:pPr>
      <w:spacing w:after="100"/>
      <w:ind w:left="200"/>
    </w:pPr>
  </w:style>
  <w:style w:type="paragraph" w:styleId="T3">
    <w:name w:val="toc 3"/>
    <w:basedOn w:val="Normal"/>
    <w:next w:val="Normal"/>
    <w:autoRedefine/>
    <w:uiPriority w:val="39"/>
    <w:unhideWhenUsed/>
    <w:rsid w:val="000E1339"/>
    <w:pPr>
      <w:spacing w:after="100"/>
      <w:ind w:left="400"/>
    </w:pPr>
  </w:style>
  <w:style w:type="character" w:styleId="Kpr">
    <w:name w:val="Hyperlink"/>
    <w:basedOn w:val="VarsaylanParagrafYazTipi"/>
    <w:uiPriority w:val="99"/>
    <w:unhideWhenUsed/>
    <w:rsid w:val="000E13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C432B-D8EB-4938-92CA-90865F71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887</Words>
  <Characters>5058</Characters>
  <Application>Microsoft Office Word</Application>
  <DocSecurity>0</DocSecurity>
  <Lines>42</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Yasemin Ceylan</cp:lastModifiedBy>
  <cp:revision>2</cp:revision>
  <dcterms:created xsi:type="dcterms:W3CDTF">2026-10-18T15:02:00Z</dcterms:created>
  <dcterms:modified xsi:type="dcterms:W3CDTF">2026-10-18T15:02:00Z</dcterms:modified>
  <cp:category/>
</cp:coreProperties>
</file>